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3E804" w14:textId="77777777" w:rsidR="00DE15A9" w:rsidRDefault="00DE15A9">
      <w:pPr>
        <w:spacing w:line="360" w:lineRule="auto"/>
        <w:ind w:firstLineChars="200" w:firstLine="420"/>
        <w:jc w:val="both"/>
      </w:pPr>
    </w:p>
    <w:p w14:paraId="1D08A69D" w14:textId="77777777" w:rsidR="00DE15A9" w:rsidRPr="00BD451B" w:rsidRDefault="00000000">
      <w:pPr>
        <w:spacing w:after="120" w:line="360" w:lineRule="auto"/>
        <w:jc w:val="center"/>
        <w:rPr>
          <w:rFonts w:ascii="黑体" w:eastAsia="黑体" w:hAnsi="黑体" w:hint="eastAsia"/>
          <w:sz w:val="44"/>
          <w:szCs w:val="44"/>
          <w:lang w:eastAsia="zh-CN"/>
        </w:rPr>
      </w:pPr>
      <w:r w:rsidRPr="00BD451B">
        <w:rPr>
          <w:rFonts w:ascii="黑体" w:eastAsia="黑体" w:hAnsi="黑体"/>
          <w:sz w:val="44"/>
          <w:szCs w:val="44"/>
          <w:lang w:eastAsia="zh-CN"/>
        </w:rPr>
        <w:t>杭州师范大学急危重症医工交叉协同创新中心</w:t>
      </w:r>
    </w:p>
    <w:p w14:paraId="6FECA19C" w14:textId="77777777" w:rsidR="00DE15A9" w:rsidRPr="00BD451B" w:rsidRDefault="00000000">
      <w:pPr>
        <w:spacing w:after="360" w:line="360" w:lineRule="auto"/>
        <w:jc w:val="center"/>
        <w:rPr>
          <w:rFonts w:ascii="黑体" w:eastAsia="黑体" w:hAnsi="黑体" w:hint="eastAsia"/>
          <w:sz w:val="44"/>
          <w:szCs w:val="44"/>
          <w:lang w:eastAsia="zh-CN"/>
        </w:rPr>
      </w:pPr>
      <w:r w:rsidRPr="00BD451B">
        <w:rPr>
          <w:rFonts w:ascii="黑体" w:eastAsia="黑体" w:hAnsi="黑体"/>
          <w:sz w:val="44"/>
          <w:szCs w:val="44"/>
          <w:lang w:eastAsia="zh-CN"/>
        </w:rPr>
        <w:t>2026年度开放课题申请书</w:t>
      </w:r>
    </w:p>
    <w:p w14:paraId="6400CFF0" w14:textId="77777777" w:rsidR="00DE15A9" w:rsidRDefault="00DE15A9">
      <w:pPr>
        <w:spacing w:line="360" w:lineRule="auto"/>
        <w:ind w:firstLineChars="200" w:firstLine="420"/>
        <w:jc w:val="both"/>
        <w:rPr>
          <w:lang w:eastAsia="zh-CN"/>
        </w:rPr>
      </w:pPr>
    </w:p>
    <w:p w14:paraId="0E36042E" w14:textId="77777777" w:rsidR="00DE15A9" w:rsidRDefault="00DE15A9">
      <w:pPr>
        <w:spacing w:line="360" w:lineRule="auto"/>
        <w:ind w:firstLineChars="200" w:firstLine="420"/>
        <w:jc w:val="both"/>
        <w:rPr>
          <w:lang w:eastAsia="zh-CN"/>
        </w:rPr>
      </w:pPr>
    </w:p>
    <w:p w14:paraId="5AB151DB" w14:textId="770B5BB2" w:rsidR="008D7E1D" w:rsidRDefault="008D7E1D" w:rsidP="008D7E1D">
      <w:pPr>
        <w:spacing w:line="480" w:lineRule="auto"/>
        <w:ind w:firstLine="420"/>
        <w:rPr>
          <w:rFonts w:ascii="宋体"/>
          <w:b/>
          <w:color w:val="auto"/>
          <w:sz w:val="30"/>
          <w:szCs w:val="30"/>
          <w:lang w:eastAsia="zh-CN"/>
        </w:rPr>
      </w:pPr>
      <w:r>
        <w:rPr>
          <w:noProof/>
        </w:rPr>
        <mc:AlternateContent>
          <mc:Choice Requires="wps">
            <w:drawing>
              <wp:anchor distT="0" distB="0" distL="114300" distR="114300" simplePos="0" relativeHeight="251658240" behindDoc="0" locked="0" layoutInCell="1" allowOverlap="1" wp14:anchorId="67B3B948" wp14:editId="18CA1B7B">
                <wp:simplePos x="0" y="0"/>
                <wp:positionH relativeFrom="column">
                  <wp:posOffset>1200150</wp:posOffset>
                </wp:positionH>
                <wp:positionV relativeFrom="paragraph">
                  <wp:posOffset>275646</wp:posOffset>
                </wp:positionV>
                <wp:extent cx="3769995" cy="0"/>
                <wp:effectExtent l="0" t="0" r="0" b="0"/>
                <wp:wrapNone/>
                <wp:docPr id="1613894036" name="直接连接符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69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C6C94" id="直接连接符 1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5pt,21.7pt" to="391.3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"/>
            </w:pict>
          </mc:Fallback>
        </mc:AlternateContent>
      </w:r>
      <w:r>
        <w:rPr>
          <w:rFonts w:ascii="宋体" w:hint="eastAsia"/>
          <w:b/>
          <w:sz w:val="30"/>
          <w:szCs w:val="30"/>
          <w:lang w:eastAsia="zh-CN"/>
        </w:rPr>
        <w:t xml:space="preserve">项目名称： </w:t>
      </w:r>
    </w:p>
    <w:p w14:paraId="6E524AE9" w14:textId="77777777" w:rsidR="008D7E1D" w:rsidRDefault="008D7E1D" w:rsidP="008D7E1D">
      <w:pPr>
        <w:spacing w:line="480" w:lineRule="auto"/>
        <w:ind w:firstLine="420"/>
        <w:rPr>
          <w:rFonts w:ascii="宋体"/>
          <w:b/>
          <w:sz w:val="30"/>
          <w:szCs w:val="30"/>
          <w:lang w:eastAsia="zh-CN"/>
        </w:rPr>
      </w:pPr>
      <w:r>
        <w:rPr>
          <w:rFonts w:hint="eastAsia"/>
          <w:noProof/>
          <w:szCs w:val="20"/>
        </w:rPr>
        <mc:AlternateContent>
          <mc:Choice Requires="wps">
            <w:drawing>
              <wp:anchor distT="0" distB="0" distL="114300" distR="114300" simplePos="0" relativeHeight="251659264" behindDoc="0" locked="0" layoutInCell="1" allowOverlap="1" wp14:anchorId="74D7FE3B" wp14:editId="4F4682BC">
                <wp:simplePos x="0" y="0"/>
                <wp:positionH relativeFrom="column">
                  <wp:posOffset>1200150</wp:posOffset>
                </wp:positionH>
                <wp:positionV relativeFrom="paragraph">
                  <wp:posOffset>283266</wp:posOffset>
                </wp:positionV>
                <wp:extent cx="3769995" cy="0"/>
                <wp:effectExtent l="0" t="0" r="0" b="0"/>
                <wp:wrapNone/>
                <wp:docPr id="863021855" name="直接连接符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69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EFC43" id="直接连接符 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5pt,22.3pt" to="391.3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"/>
            </w:pict>
          </mc:Fallback>
        </mc:AlternateContent>
      </w:r>
      <w:r>
        <w:rPr>
          <w:rFonts w:ascii="宋体" w:hint="eastAsia"/>
          <w:b/>
          <w:sz w:val="30"/>
          <w:szCs w:val="30"/>
          <w:lang w:eastAsia="zh-CN"/>
        </w:rPr>
        <w:t xml:space="preserve">申请方向： </w:t>
      </w:r>
    </w:p>
    <w:p w14:paraId="52370EE7" w14:textId="37B88018" w:rsidR="008D7E1D" w:rsidRPr="008D7E1D" w:rsidRDefault="008D7E1D" w:rsidP="008D7E1D">
      <w:pPr>
        <w:spacing w:line="480" w:lineRule="auto"/>
        <w:ind w:firstLine="420"/>
        <w:rPr>
          <w:rFonts w:ascii="宋体"/>
          <w:b/>
          <w:sz w:val="30"/>
          <w:szCs w:val="30"/>
          <w:lang w:eastAsia="zh-CN"/>
        </w:rPr>
      </w:pPr>
      <w:r>
        <w:rPr>
          <w:rFonts w:hint="eastAsia"/>
          <w:noProof/>
          <w:szCs w:val="20"/>
        </w:rPr>
        <mc:AlternateContent>
          <mc:Choice Requires="wps">
            <w:drawing>
              <wp:anchor distT="0" distB="0" distL="114300" distR="114300" simplePos="0" relativeHeight="251657216" behindDoc="0" locked="0" layoutInCell="1" allowOverlap="1" wp14:anchorId="3ACA3E40" wp14:editId="5821E116">
                <wp:simplePos x="0" y="0"/>
                <wp:positionH relativeFrom="column">
                  <wp:posOffset>1200150</wp:posOffset>
                </wp:positionH>
                <wp:positionV relativeFrom="paragraph">
                  <wp:posOffset>269557</wp:posOffset>
                </wp:positionV>
                <wp:extent cx="3769995" cy="0"/>
                <wp:effectExtent l="0" t="0" r="0" b="0"/>
                <wp:wrapNone/>
                <wp:docPr id="1783589614" name="直接连接符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69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51266" id="直接连接符 1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5pt,21.2pt" to="391.3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"/>
            </w:pict>
          </mc:Fallback>
        </mc:AlternateContent>
      </w:r>
      <w:r>
        <w:rPr>
          <w:rFonts w:ascii="宋体" w:hint="eastAsia"/>
          <w:b/>
          <w:sz w:val="30"/>
          <w:szCs w:val="30"/>
          <w:lang w:eastAsia="zh-CN"/>
        </w:rPr>
        <w:t xml:space="preserve">起止日期： </w:t>
      </w:r>
    </w:p>
    <w:p w14:paraId="254396AD" w14:textId="7395CAB0" w:rsidR="008D7E1D" w:rsidRDefault="008D7E1D" w:rsidP="008D7E1D">
      <w:pPr>
        <w:spacing w:line="480" w:lineRule="auto"/>
        <w:ind w:firstLine="420"/>
        <w:rPr>
          <w:rFonts w:ascii="宋体"/>
          <w:b/>
          <w:sz w:val="30"/>
          <w:szCs w:val="30"/>
          <w:u w:val="single"/>
          <w:lang w:eastAsia="zh-CN"/>
        </w:rPr>
      </w:pPr>
      <w:r>
        <w:rPr>
          <w:rFonts w:hint="eastAsia"/>
          <w:noProof/>
          <w:szCs w:val="20"/>
        </w:rPr>
        <mc:AlternateContent>
          <mc:Choice Requires="wps">
            <w:drawing>
              <wp:anchor distT="0" distB="0" distL="114300" distR="114300" simplePos="0" relativeHeight="251660288" behindDoc="0" locked="0" layoutInCell="1" allowOverlap="1" wp14:anchorId="1FB6C620" wp14:editId="5ABA4638">
                <wp:simplePos x="0" y="0"/>
                <wp:positionH relativeFrom="column">
                  <wp:posOffset>1215390</wp:posOffset>
                </wp:positionH>
                <wp:positionV relativeFrom="paragraph">
                  <wp:posOffset>261937</wp:posOffset>
                </wp:positionV>
                <wp:extent cx="3769995" cy="0"/>
                <wp:effectExtent l="0" t="0" r="0" b="0"/>
                <wp:wrapNone/>
                <wp:docPr id="1146993583" name="直接连接符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69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7FA527" id="直接连接符 1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7pt,20.6pt" to="392.5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"/>
            </w:pict>
          </mc:Fallback>
        </mc:AlternateContent>
      </w:r>
      <w:r>
        <w:rPr>
          <w:rFonts w:ascii="宋体" w:hint="eastAsia"/>
          <w:b/>
          <w:sz w:val="30"/>
          <w:szCs w:val="30"/>
          <w:lang w:eastAsia="zh-CN"/>
        </w:rPr>
        <w:t>申 请 者：</w:t>
      </w:r>
      <w:r>
        <w:rPr>
          <w:rFonts w:ascii="宋体" w:hint="eastAsia"/>
          <w:b/>
          <w:sz w:val="30"/>
          <w:szCs w:val="30"/>
          <w:u w:val="single"/>
          <w:lang w:eastAsia="zh-CN"/>
        </w:rPr>
        <w:t xml:space="preserve">                                       </w:t>
      </w:r>
    </w:p>
    <w:p w14:paraId="48004D2F" w14:textId="4C156250" w:rsidR="008D7E1D" w:rsidRDefault="008D7E1D" w:rsidP="008D7E1D">
      <w:pPr>
        <w:spacing w:line="480" w:lineRule="auto"/>
        <w:ind w:firstLine="420"/>
        <w:rPr>
          <w:rFonts w:ascii="宋体"/>
          <w:b/>
          <w:sz w:val="30"/>
          <w:szCs w:val="30"/>
          <w:lang w:eastAsia="zh-CN"/>
        </w:rPr>
      </w:pPr>
      <w:r>
        <w:rPr>
          <w:rFonts w:hint="eastAsia"/>
          <w:noProof/>
          <w:szCs w:val="20"/>
        </w:rPr>
        <mc:AlternateContent>
          <mc:Choice Requires="wps">
            <w:drawing>
              <wp:anchor distT="0" distB="0" distL="114300" distR="114300" simplePos="0" relativeHeight="251655168" behindDoc="0" locked="0" layoutInCell="1" allowOverlap="1" wp14:anchorId="6676C3D2" wp14:editId="4A5BDA37">
                <wp:simplePos x="0" y="0"/>
                <wp:positionH relativeFrom="column">
                  <wp:posOffset>1200150</wp:posOffset>
                </wp:positionH>
                <wp:positionV relativeFrom="paragraph">
                  <wp:posOffset>282892</wp:posOffset>
                </wp:positionV>
                <wp:extent cx="3769995" cy="0"/>
                <wp:effectExtent l="0" t="0" r="0" b="0"/>
                <wp:wrapNone/>
                <wp:docPr id="1384962234" name="直接连接符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69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025F94" id="直接连接符 1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5pt,22.25pt" to="391.3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"/>
            </w:pict>
          </mc:Fallback>
        </mc:AlternateContent>
      </w:r>
      <w:r>
        <w:rPr>
          <w:rFonts w:ascii="宋体" w:hint="eastAsia"/>
          <w:b/>
          <w:sz w:val="30"/>
          <w:szCs w:val="30"/>
          <w:lang w:eastAsia="zh-CN"/>
        </w:rPr>
        <w:t>电    话：</w:t>
      </w:r>
    </w:p>
    <w:p w14:paraId="4E9DD885" w14:textId="13D30EB0" w:rsidR="008D7E1D" w:rsidRDefault="008D7E1D" w:rsidP="008D7E1D">
      <w:pPr>
        <w:spacing w:line="480" w:lineRule="auto"/>
        <w:ind w:firstLine="420"/>
        <w:rPr>
          <w:rFonts w:ascii="宋体"/>
          <w:b/>
          <w:sz w:val="30"/>
          <w:szCs w:val="30"/>
          <w:lang w:eastAsia="zh-CN"/>
        </w:rPr>
      </w:pPr>
      <w:r>
        <w:rPr>
          <w:rFonts w:hint="eastAsia"/>
          <w:noProof/>
          <w:szCs w:val="20"/>
        </w:rPr>
        <mc:AlternateContent>
          <mc:Choice Requires="wps">
            <w:drawing>
              <wp:anchor distT="0" distB="0" distL="114300" distR="114300" simplePos="0" relativeHeight="251656192" behindDoc="0" locked="0" layoutInCell="1" allowOverlap="1" wp14:anchorId="75434539" wp14:editId="1BA21CDC">
                <wp:simplePos x="0" y="0"/>
                <wp:positionH relativeFrom="column">
                  <wp:posOffset>1200150</wp:posOffset>
                </wp:positionH>
                <wp:positionV relativeFrom="paragraph">
                  <wp:posOffset>280352</wp:posOffset>
                </wp:positionV>
                <wp:extent cx="3769995" cy="0"/>
                <wp:effectExtent l="0" t="0" r="0" b="0"/>
                <wp:wrapNone/>
                <wp:docPr id="25243833" name="直接连接符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69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61581" id="直接连接符 14"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5pt,22.05pt" to="391.3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"/>
            </w:pict>
          </mc:Fallback>
        </mc:AlternateContent>
      </w:r>
      <w:r>
        <w:rPr>
          <w:rFonts w:ascii="宋体" w:hint="eastAsia"/>
          <w:b/>
          <w:sz w:val="30"/>
          <w:szCs w:val="30"/>
          <w:lang w:eastAsia="zh-CN"/>
        </w:rPr>
        <w:t>电子邮件：</w:t>
      </w:r>
    </w:p>
    <w:p w14:paraId="3C65C379" w14:textId="22E739D3" w:rsidR="008D7E1D" w:rsidRPr="008D7E1D" w:rsidRDefault="008D7E1D" w:rsidP="008D7E1D">
      <w:pPr>
        <w:spacing w:line="480" w:lineRule="auto"/>
        <w:ind w:firstLine="420"/>
        <w:rPr>
          <w:rFonts w:ascii="宋体"/>
          <w:sz w:val="28"/>
          <w:szCs w:val="20"/>
          <w:u w:val="single"/>
          <w:lang w:eastAsia="zh-CN"/>
        </w:rPr>
      </w:pPr>
      <w:r>
        <w:rPr>
          <w:rFonts w:hint="eastAsia"/>
          <w:noProof/>
          <w:szCs w:val="20"/>
        </w:rPr>
        <mc:AlternateContent>
          <mc:Choice Requires="wps">
            <w:drawing>
              <wp:anchor distT="0" distB="0" distL="114300" distR="114300" simplePos="0" relativeHeight="251661312" behindDoc="0" locked="0" layoutInCell="1" allowOverlap="1" wp14:anchorId="68BDECD7" wp14:editId="0BFC8521">
                <wp:simplePos x="0" y="0"/>
                <wp:positionH relativeFrom="column">
                  <wp:posOffset>1200841</wp:posOffset>
                </wp:positionH>
                <wp:positionV relativeFrom="paragraph">
                  <wp:posOffset>227965</wp:posOffset>
                </wp:positionV>
                <wp:extent cx="3769995" cy="0"/>
                <wp:effectExtent l="0" t="0" r="0" b="0"/>
                <wp:wrapNone/>
                <wp:docPr id="1151951833" name="直接连接符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69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FA3F0" id="直接连接符 1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55pt,17.95pt" to="391.4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"/>
            </w:pict>
          </mc:Fallback>
        </mc:AlternateContent>
      </w:r>
      <w:r>
        <w:rPr>
          <w:rFonts w:ascii="宋体" w:hint="eastAsia"/>
          <w:b/>
          <w:sz w:val="30"/>
          <w:szCs w:val="30"/>
          <w:lang w:eastAsia="zh-CN"/>
        </w:rPr>
        <w:t>申请日期：</w:t>
      </w:r>
      <w:r w:rsidRPr="008D7E1D">
        <w:rPr>
          <w:rFonts w:ascii="宋体" w:hint="eastAsia"/>
          <w:sz w:val="28"/>
          <w:szCs w:val="20"/>
          <w:u w:val="thick"/>
          <w:lang w:eastAsia="zh-CN"/>
        </w:rPr>
        <w:t xml:space="preserve">         </w:t>
      </w:r>
    </w:p>
    <w:p w14:paraId="3D67D0EB" w14:textId="77777777" w:rsidR="00DE15A9" w:rsidRDefault="00DE15A9">
      <w:pPr>
        <w:spacing w:line="360" w:lineRule="auto"/>
        <w:ind w:firstLineChars="200" w:firstLine="420"/>
        <w:jc w:val="both"/>
        <w:rPr>
          <w:lang w:eastAsia="zh-CN"/>
        </w:rPr>
      </w:pPr>
    </w:p>
    <w:p w14:paraId="2D5A7825" w14:textId="77777777" w:rsidR="008024D8" w:rsidRDefault="008024D8">
      <w:pPr>
        <w:spacing w:line="360" w:lineRule="auto"/>
        <w:ind w:firstLineChars="200" w:firstLine="420"/>
        <w:jc w:val="both"/>
        <w:rPr>
          <w:lang w:eastAsia="zh-CN"/>
        </w:rPr>
      </w:pPr>
    </w:p>
    <w:p w14:paraId="16767218" w14:textId="77777777" w:rsidR="008024D8" w:rsidRDefault="008024D8">
      <w:pPr>
        <w:spacing w:line="360" w:lineRule="auto"/>
        <w:ind w:firstLineChars="200" w:firstLine="420"/>
        <w:jc w:val="both"/>
        <w:rPr>
          <w:lang w:eastAsia="zh-CN"/>
        </w:rPr>
      </w:pPr>
    </w:p>
    <w:p w14:paraId="55BF7FCE" w14:textId="77777777" w:rsidR="008024D8" w:rsidRDefault="008024D8">
      <w:pPr>
        <w:spacing w:line="360" w:lineRule="auto"/>
        <w:ind w:firstLineChars="200" w:firstLine="420"/>
        <w:jc w:val="both"/>
        <w:rPr>
          <w:lang w:eastAsia="zh-CN"/>
        </w:rPr>
      </w:pPr>
    </w:p>
    <w:p w14:paraId="6C3CD01B" w14:textId="77777777" w:rsidR="008024D8" w:rsidRDefault="008024D8">
      <w:pPr>
        <w:spacing w:line="360" w:lineRule="auto"/>
        <w:ind w:firstLineChars="200" w:firstLine="420"/>
        <w:jc w:val="both"/>
        <w:rPr>
          <w:lang w:eastAsia="zh-CN"/>
        </w:rPr>
      </w:pPr>
    </w:p>
    <w:p w14:paraId="045F6A01" w14:textId="77777777" w:rsidR="008024D8" w:rsidRDefault="008024D8">
      <w:pPr>
        <w:spacing w:line="360" w:lineRule="auto"/>
        <w:ind w:firstLineChars="200" w:firstLine="420"/>
        <w:jc w:val="both"/>
        <w:rPr>
          <w:lang w:eastAsia="zh-CN"/>
        </w:rPr>
      </w:pPr>
    </w:p>
    <w:p w14:paraId="2DB459C7" w14:textId="77777777" w:rsidR="008024D8" w:rsidRDefault="008024D8">
      <w:pPr>
        <w:spacing w:line="360" w:lineRule="auto"/>
        <w:ind w:firstLineChars="200" w:firstLine="420"/>
        <w:jc w:val="both"/>
        <w:rPr>
          <w:lang w:eastAsia="zh-CN"/>
        </w:rPr>
      </w:pPr>
    </w:p>
    <w:p w14:paraId="01CFDE0C" w14:textId="77777777" w:rsidR="008024D8" w:rsidRDefault="008024D8">
      <w:pPr>
        <w:spacing w:line="360" w:lineRule="auto"/>
        <w:ind w:firstLineChars="200" w:firstLine="420"/>
        <w:jc w:val="both"/>
        <w:rPr>
          <w:lang w:eastAsia="zh-CN"/>
        </w:rPr>
      </w:pPr>
    </w:p>
    <w:p w14:paraId="3C893C9F" w14:textId="77777777" w:rsidR="008024D8" w:rsidRDefault="008024D8">
      <w:pPr>
        <w:spacing w:line="360" w:lineRule="auto"/>
        <w:ind w:firstLineChars="200" w:firstLine="420"/>
        <w:jc w:val="both"/>
        <w:rPr>
          <w:lang w:eastAsia="zh-CN"/>
        </w:rPr>
      </w:pPr>
    </w:p>
    <w:p w14:paraId="18ABD3D8" w14:textId="77777777" w:rsidR="008024D8" w:rsidRDefault="008024D8">
      <w:pPr>
        <w:spacing w:line="360" w:lineRule="auto"/>
        <w:ind w:firstLineChars="200" w:firstLine="420"/>
        <w:jc w:val="both"/>
        <w:rPr>
          <w:lang w:eastAsia="zh-CN"/>
        </w:rPr>
      </w:pPr>
    </w:p>
    <w:p w14:paraId="52C69C6A" w14:textId="77777777" w:rsidR="00DE15A9" w:rsidRPr="00BD451B" w:rsidRDefault="00DE15A9">
      <w:pPr>
        <w:spacing w:line="360" w:lineRule="auto"/>
        <w:ind w:firstLineChars="200" w:firstLine="420"/>
        <w:jc w:val="both"/>
        <w:rPr>
          <w:rFonts w:ascii="宋体" w:hAnsi="宋体" w:hint="eastAsia"/>
          <w:lang w:eastAsia="zh-CN"/>
        </w:rPr>
      </w:pPr>
    </w:p>
    <w:p w14:paraId="286B6E91" w14:textId="77777777" w:rsidR="00DE15A9" w:rsidRPr="00BD451B" w:rsidRDefault="00000000" w:rsidP="008024D8">
      <w:pPr>
        <w:spacing w:line="360" w:lineRule="auto"/>
        <w:jc w:val="center"/>
        <w:rPr>
          <w:rFonts w:ascii="宋体" w:hAnsi="宋体" w:hint="eastAsia"/>
          <w:lang w:eastAsia="zh-CN"/>
        </w:rPr>
      </w:pPr>
      <w:r w:rsidRPr="00BD451B">
        <w:rPr>
          <w:rFonts w:ascii="宋体" w:hAnsi="宋体"/>
          <w:sz w:val="28"/>
          <w:lang w:eastAsia="zh-CN"/>
        </w:rPr>
        <w:t>杭州师范大学急危重症医工交叉协同创新中心</w:t>
      </w:r>
    </w:p>
    <w:p w14:paraId="3C7D8545" w14:textId="3E450E39" w:rsidR="00DE15A9" w:rsidRPr="00BD451B" w:rsidRDefault="00000000">
      <w:pPr>
        <w:spacing w:line="360" w:lineRule="auto"/>
        <w:jc w:val="center"/>
        <w:rPr>
          <w:rFonts w:ascii="宋体" w:hAnsi="宋体" w:hint="eastAsia"/>
          <w:lang w:eastAsia="zh-CN"/>
        </w:rPr>
      </w:pPr>
      <w:r w:rsidRPr="00BD451B">
        <w:rPr>
          <w:rFonts w:ascii="宋体" w:hAnsi="宋体"/>
          <w:sz w:val="28"/>
          <w:lang w:eastAsia="zh-CN"/>
        </w:rPr>
        <w:t>二</w:t>
      </w:r>
      <w:r w:rsidR="008D7E1D" w:rsidRPr="00BD451B">
        <w:rPr>
          <w:rFonts w:ascii="宋体" w:hAnsi="宋体" w:hint="eastAsia"/>
          <w:sz w:val="28"/>
          <w:lang w:eastAsia="zh-CN"/>
        </w:rPr>
        <w:t>〇</w:t>
      </w:r>
      <w:r w:rsidRPr="00BD451B">
        <w:rPr>
          <w:rFonts w:ascii="宋体" w:hAnsi="宋体"/>
          <w:sz w:val="28"/>
          <w:lang w:eastAsia="zh-CN"/>
        </w:rPr>
        <w:t>二六年制</w:t>
      </w:r>
    </w:p>
    <w:p w14:paraId="366E84AE" w14:textId="77777777" w:rsidR="00DE15A9" w:rsidRDefault="00DE15A9">
      <w:pPr>
        <w:rPr>
          <w:lang w:eastAsia="zh-CN"/>
        </w:rPr>
        <w:sectPr w:rsidR="00DE15A9" w:rsidSect="006220A1">
          <w:pgSz w:w="11906" w:h="16838"/>
          <w:pgMar w:top="1417" w:right="1417" w:bottom="1417" w:left="1417" w:header="720" w:footer="720" w:gutter="0"/>
          <w:cols w:space="720"/>
          <w:docGrid w:linePitch="360"/>
        </w:sectPr>
      </w:pPr>
    </w:p>
    <w:p w14:paraId="48E4CE2B" w14:textId="3341927D" w:rsidR="00DE15A9" w:rsidRDefault="00000000" w:rsidP="00FF4D49">
      <w:pPr>
        <w:pStyle w:val="1"/>
        <w:spacing w:before="0" w:line="360" w:lineRule="auto"/>
        <w:jc w:val="center"/>
        <w:rPr>
          <w:lang w:eastAsia="zh-CN"/>
        </w:rPr>
      </w:pPr>
      <w:r>
        <w:rPr>
          <w:rFonts w:ascii="Times New Roman" w:eastAsia="黑体" w:hAnsi="Times New Roman"/>
          <w:lang w:eastAsia="zh-CN"/>
        </w:rPr>
        <w:lastRenderedPageBreak/>
        <w:t>填</w:t>
      </w:r>
      <w:r w:rsidR="00BD451B">
        <w:rPr>
          <w:rFonts w:ascii="Times New Roman" w:eastAsia="黑体" w:hAnsi="Times New Roman" w:hint="eastAsia"/>
          <w:lang w:eastAsia="zh-CN"/>
        </w:rPr>
        <w:t xml:space="preserve">    </w:t>
      </w:r>
      <w:r>
        <w:rPr>
          <w:rFonts w:ascii="Times New Roman" w:eastAsia="黑体" w:hAnsi="Times New Roman"/>
          <w:lang w:eastAsia="zh-CN"/>
        </w:rPr>
        <w:t>报</w:t>
      </w:r>
      <w:r w:rsidR="00BD451B">
        <w:rPr>
          <w:rFonts w:ascii="Times New Roman" w:eastAsia="黑体" w:hAnsi="Times New Roman" w:hint="eastAsia"/>
          <w:lang w:eastAsia="zh-CN"/>
        </w:rPr>
        <w:t xml:space="preserve">    </w:t>
      </w:r>
      <w:r>
        <w:rPr>
          <w:rFonts w:ascii="Times New Roman" w:eastAsia="黑体" w:hAnsi="Times New Roman"/>
          <w:lang w:eastAsia="zh-CN"/>
        </w:rPr>
        <w:t>说</w:t>
      </w:r>
      <w:r w:rsidR="00BD451B">
        <w:rPr>
          <w:rFonts w:ascii="Times New Roman" w:eastAsia="黑体" w:hAnsi="Times New Roman" w:hint="eastAsia"/>
          <w:lang w:eastAsia="zh-CN"/>
        </w:rPr>
        <w:t xml:space="preserve">    </w:t>
      </w:r>
      <w:r>
        <w:rPr>
          <w:rFonts w:ascii="Times New Roman" w:eastAsia="黑体" w:hAnsi="Times New Roman"/>
          <w:lang w:eastAsia="zh-CN"/>
        </w:rPr>
        <w:t>明</w:t>
      </w:r>
    </w:p>
    <w:p w14:paraId="1CE5F716" w14:textId="77777777" w:rsidR="00963E3A" w:rsidRPr="00BD451B" w:rsidRDefault="00963E3A" w:rsidP="00FF4D49">
      <w:pPr>
        <w:spacing w:line="360" w:lineRule="auto"/>
        <w:ind w:firstLineChars="200" w:firstLine="480"/>
        <w:jc w:val="both"/>
        <w:rPr>
          <w:sz w:val="24"/>
          <w:szCs w:val="24"/>
          <w:lang w:eastAsia="zh-CN"/>
        </w:rPr>
      </w:pPr>
      <w:r w:rsidRPr="00BD451B">
        <w:rPr>
          <w:rFonts w:hint="eastAsia"/>
          <w:sz w:val="24"/>
          <w:szCs w:val="24"/>
          <w:lang w:eastAsia="zh-CN"/>
        </w:rPr>
        <w:t>1</w:t>
      </w:r>
      <w:r w:rsidRPr="00BD451B">
        <w:rPr>
          <w:rFonts w:hint="eastAsia"/>
          <w:sz w:val="24"/>
          <w:szCs w:val="24"/>
          <w:lang w:eastAsia="zh-CN"/>
        </w:rPr>
        <w:t>．重点方向：心力衰竭（心衰）、脓毒症、急性呼吸窘迫综合征（</w:t>
      </w:r>
      <w:r w:rsidRPr="00BD451B">
        <w:rPr>
          <w:rFonts w:hint="eastAsia"/>
          <w:sz w:val="24"/>
          <w:szCs w:val="24"/>
          <w:lang w:eastAsia="zh-CN"/>
        </w:rPr>
        <w:t>ARDS</w:t>
      </w:r>
      <w:r w:rsidRPr="00BD451B">
        <w:rPr>
          <w:rFonts w:hint="eastAsia"/>
          <w:sz w:val="24"/>
          <w:szCs w:val="24"/>
          <w:lang w:eastAsia="zh-CN"/>
        </w:rPr>
        <w:t>）等急危重症的临床队列建设及相关研究；鼓励医工交叉团队联合申报。</w:t>
      </w:r>
    </w:p>
    <w:p w14:paraId="3D44BC6B" w14:textId="77777777" w:rsidR="00963E3A" w:rsidRPr="00BD451B" w:rsidRDefault="00963E3A" w:rsidP="00FF4D49">
      <w:pPr>
        <w:spacing w:line="360" w:lineRule="auto"/>
        <w:ind w:firstLineChars="200" w:firstLine="480"/>
        <w:jc w:val="both"/>
        <w:rPr>
          <w:sz w:val="24"/>
          <w:szCs w:val="24"/>
          <w:lang w:eastAsia="zh-CN"/>
        </w:rPr>
      </w:pPr>
      <w:r w:rsidRPr="00BD451B">
        <w:rPr>
          <w:rFonts w:hint="eastAsia"/>
          <w:sz w:val="24"/>
          <w:szCs w:val="24"/>
          <w:lang w:eastAsia="zh-CN"/>
        </w:rPr>
        <w:t>2</w:t>
      </w:r>
      <w:r w:rsidRPr="00BD451B">
        <w:rPr>
          <w:rFonts w:hint="eastAsia"/>
          <w:sz w:val="24"/>
          <w:szCs w:val="24"/>
          <w:lang w:eastAsia="zh-CN"/>
        </w:rPr>
        <w:t>．资助规模：拟资助</w:t>
      </w:r>
      <w:r w:rsidRPr="00BD451B">
        <w:rPr>
          <w:rFonts w:hint="eastAsia"/>
          <w:sz w:val="24"/>
          <w:szCs w:val="24"/>
          <w:lang w:eastAsia="zh-CN"/>
        </w:rPr>
        <w:t>3</w:t>
      </w:r>
      <w:r w:rsidRPr="00BD451B">
        <w:rPr>
          <w:rFonts w:hint="eastAsia"/>
          <w:sz w:val="24"/>
          <w:szCs w:val="24"/>
          <w:lang w:eastAsia="zh-CN"/>
        </w:rPr>
        <w:t>～</w:t>
      </w:r>
      <w:r w:rsidRPr="00BD451B">
        <w:rPr>
          <w:rFonts w:hint="eastAsia"/>
          <w:sz w:val="24"/>
          <w:szCs w:val="24"/>
          <w:lang w:eastAsia="zh-CN"/>
        </w:rPr>
        <w:t>4</w:t>
      </w:r>
      <w:r w:rsidRPr="00BD451B">
        <w:rPr>
          <w:rFonts w:hint="eastAsia"/>
          <w:sz w:val="24"/>
          <w:szCs w:val="24"/>
          <w:lang w:eastAsia="zh-CN"/>
        </w:rPr>
        <w:t>项，每项</w:t>
      </w:r>
      <w:r w:rsidRPr="00BD451B">
        <w:rPr>
          <w:rFonts w:hint="eastAsia"/>
          <w:sz w:val="24"/>
          <w:szCs w:val="24"/>
          <w:lang w:eastAsia="zh-CN"/>
        </w:rPr>
        <w:t>6</w:t>
      </w:r>
      <w:r w:rsidRPr="00BD451B">
        <w:rPr>
          <w:rFonts w:hint="eastAsia"/>
          <w:sz w:val="24"/>
          <w:szCs w:val="24"/>
          <w:lang w:eastAsia="zh-CN"/>
        </w:rPr>
        <w:t>万元；执行期</w:t>
      </w:r>
      <w:r w:rsidRPr="00BD451B">
        <w:rPr>
          <w:rFonts w:hint="eastAsia"/>
          <w:sz w:val="24"/>
          <w:szCs w:val="24"/>
          <w:lang w:eastAsia="zh-CN"/>
        </w:rPr>
        <w:t>2</w:t>
      </w:r>
      <w:r w:rsidRPr="00BD451B">
        <w:rPr>
          <w:rFonts w:hint="eastAsia"/>
          <w:sz w:val="24"/>
          <w:szCs w:val="24"/>
          <w:lang w:eastAsia="zh-CN"/>
        </w:rPr>
        <w:t>年，具体以立项通知和任务书为准。</w:t>
      </w:r>
    </w:p>
    <w:p w14:paraId="10FD1BE8" w14:textId="77777777" w:rsidR="00963E3A" w:rsidRPr="00BD451B" w:rsidRDefault="00963E3A" w:rsidP="00FF4D49">
      <w:pPr>
        <w:spacing w:line="360" w:lineRule="auto"/>
        <w:ind w:firstLineChars="200" w:firstLine="480"/>
        <w:jc w:val="both"/>
        <w:rPr>
          <w:sz w:val="24"/>
          <w:szCs w:val="24"/>
          <w:lang w:eastAsia="zh-CN"/>
        </w:rPr>
      </w:pPr>
      <w:r w:rsidRPr="00BD451B">
        <w:rPr>
          <w:rFonts w:hint="eastAsia"/>
          <w:sz w:val="24"/>
          <w:szCs w:val="24"/>
          <w:lang w:eastAsia="zh-CN"/>
        </w:rPr>
        <w:t>3</w:t>
      </w:r>
      <w:r w:rsidRPr="00BD451B">
        <w:rPr>
          <w:rFonts w:hint="eastAsia"/>
          <w:sz w:val="24"/>
          <w:szCs w:val="24"/>
          <w:lang w:eastAsia="zh-CN"/>
        </w:rPr>
        <w:t>．申报条件：具有博士学位或中级以上专业技术职称；重点支持青年科研人员，鼓励在站博士后申报；同一申请人限牵头申报</w:t>
      </w:r>
      <w:r w:rsidRPr="00BD451B">
        <w:rPr>
          <w:rFonts w:hint="eastAsia"/>
          <w:sz w:val="24"/>
          <w:szCs w:val="24"/>
          <w:lang w:eastAsia="zh-CN"/>
        </w:rPr>
        <w:t>1</w:t>
      </w:r>
      <w:r w:rsidRPr="00BD451B">
        <w:rPr>
          <w:rFonts w:hint="eastAsia"/>
          <w:sz w:val="24"/>
          <w:szCs w:val="24"/>
          <w:lang w:eastAsia="zh-CN"/>
        </w:rPr>
        <w:t>项。</w:t>
      </w:r>
    </w:p>
    <w:p w14:paraId="60DAC537" w14:textId="1E4CEFB2" w:rsidR="00963E3A" w:rsidRPr="00BD451B" w:rsidRDefault="00963E3A" w:rsidP="00FF4D49">
      <w:pPr>
        <w:spacing w:line="360" w:lineRule="auto"/>
        <w:ind w:firstLineChars="200" w:firstLine="480"/>
        <w:jc w:val="both"/>
        <w:rPr>
          <w:sz w:val="24"/>
          <w:szCs w:val="24"/>
          <w:lang w:eastAsia="zh-CN"/>
        </w:rPr>
      </w:pPr>
      <w:r w:rsidRPr="00BD451B">
        <w:rPr>
          <w:rFonts w:hint="eastAsia"/>
          <w:sz w:val="24"/>
          <w:szCs w:val="24"/>
          <w:lang w:eastAsia="zh-CN"/>
        </w:rPr>
        <w:t>4</w:t>
      </w:r>
      <w:r w:rsidRPr="00BD451B">
        <w:rPr>
          <w:rFonts w:hint="eastAsia"/>
          <w:sz w:val="24"/>
          <w:szCs w:val="24"/>
          <w:lang w:eastAsia="zh-CN"/>
        </w:rPr>
        <w:t>．结题要求：完成任务书约定研究任务，并取得省部级及以上科研项目资助或发表</w:t>
      </w:r>
      <w:r w:rsidRPr="00BD451B">
        <w:rPr>
          <w:rFonts w:hint="eastAsia"/>
          <w:sz w:val="24"/>
          <w:szCs w:val="24"/>
          <w:lang w:eastAsia="zh-CN"/>
        </w:rPr>
        <w:t>SCI</w:t>
      </w:r>
      <w:r w:rsidRPr="00BD451B">
        <w:rPr>
          <w:rFonts w:hint="eastAsia"/>
          <w:sz w:val="24"/>
          <w:szCs w:val="24"/>
          <w:lang w:eastAsia="zh-CN"/>
        </w:rPr>
        <w:t>论文</w:t>
      </w:r>
      <w:r w:rsidRPr="00BD451B">
        <w:rPr>
          <w:rFonts w:hint="eastAsia"/>
          <w:sz w:val="24"/>
          <w:szCs w:val="24"/>
          <w:lang w:eastAsia="zh-CN"/>
        </w:rPr>
        <w:t>1</w:t>
      </w:r>
      <w:r w:rsidRPr="00BD451B">
        <w:rPr>
          <w:rFonts w:hint="eastAsia"/>
          <w:sz w:val="24"/>
          <w:szCs w:val="24"/>
          <w:lang w:eastAsia="zh-CN"/>
        </w:rPr>
        <w:t>篇。</w:t>
      </w:r>
    </w:p>
    <w:p w14:paraId="43CCB243" w14:textId="3CE18B0E" w:rsidR="00963E3A" w:rsidRPr="00BD451B" w:rsidRDefault="00963E3A" w:rsidP="00FF4D49">
      <w:pPr>
        <w:spacing w:line="360" w:lineRule="auto"/>
        <w:ind w:firstLineChars="200" w:firstLine="480"/>
        <w:jc w:val="both"/>
        <w:rPr>
          <w:sz w:val="24"/>
          <w:szCs w:val="24"/>
          <w:lang w:eastAsia="zh-CN"/>
        </w:rPr>
      </w:pPr>
      <w:r w:rsidRPr="00BD451B">
        <w:rPr>
          <w:rFonts w:hint="eastAsia"/>
          <w:sz w:val="24"/>
          <w:szCs w:val="24"/>
          <w:lang w:eastAsia="zh-CN"/>
        </w:rPr>
        <w:t>5</w:t>
      </w:r>
      <w:r w:rsidRPr="00BD451B">
        <w:rPr>
          <w:rFonts w:hint="eastAsia"/>
          <w:sz w:val="24"/>
          <w:szCs w:val="24"/>
          <w:lang w:eastAsia="zh-CN"/>
        </w:rPr>
        <w:t>．伦理要求：涉及人体研究、临床样本、实验动物或医疗数据的，须在研究实施前完成伦理审查及授权手续。</w:t>
      </w:r>
    </w:p>
    <w:p w14:paraId="3C44207E" w14:textId="3EAF53BC" w:rsidR="00DE15A9" w:rsidRPr="00BD451B" w:rsidRDefault="00963E3A" w:rsidP="00FF4D49">
      <w:pPr>
        <w:spacing w:line="360" w:lineRule="auto"/>
        <w:ind w:firstLineChars="200" w:firstLine="480"/>
        <w:jc w:val="both"/>
        <w:rPr>
          <w:sz w:val="24"/>
          <w:szCs w:val="24"/>
          <w:lang w:eastAsia="zh-CN"/>
        </w:rPr>
      </w:pPr>
      <w:r w:rsidRPr="00BD451B">
        <w:rPr>
          <w:rFonts w:hint="eastAsia"/>
          <w:sz w:val="24"/>
          <w:szCs w:val="24"/>
          <w:lang w:eastAsia="zh-CN"/>
        </w:rPr>
        <w:t>6</w:t>
      </w:r>
      <w:r w:rsidRPr="00BD451B">
        <w:rPr>
          <w:rFonts w:hint="eastAsia"/>
          <w:sz w:val="24"/>
          <w:szCs w:val="24"/>
          <w:lang w:eastAsia="zh-CN"/>
        </w:rPr>
        <w:t>．成果标注：</w:t>
      </w:r>
      <w:r w:rsidRPr="00BD451B">
        <w:rPr>
          <w:sz w:val="24"/>
          <w:szCs w:val="24"/>
          <w:lang w:eastAsia="zh-CN"/>
        </w:rPr>
        <w:t>受本开放课题资助形成的论文、专利、软件及技术报告等成果，应按规定注明杭州师范大学急危重症医工交叉协同创新中心开放课题资助</w:t>
      </w:r>
      <w:r w:rsidR="008D7E1D" w:rsidRPr="00BD451B">
        <w:rPr>
          <w:rFonts w:hint="eastAsia"/>
          <w:sz w:val="24"/>
          <w:szCs w:val="24"/>
          <w:lang w:eastAsia="zh-CN"/>
        </w:rPr>
        <w:t>。</w:t>
      </w:r>
    </w:p>
    <w:p w14:paraId="0C98ACB1" w14:textId="35FB63D3" w:rsidR="008024D8" w:rsidRPr="00BD451B" w:rsidRDefault="007D2464" w:rsidP="00FF4D49">
      <w:pPr>
        <w:spacing w:line="360" w:lineRule="auto"/>
        <w:ind w:firstLineChars="200" w:firstLine="480"/>
        <w:jc w:val="both"/>
        <w:rPr>
          <w:sz w:val="24"/>
          <w:szCs w:val="24"/>
          <w:lang w:eastAsia="zh-CN"/>
        </w:rPr>
      </w:pPr>
      <w:r w:rsidRPr="00BD451B">
        <w:rPr>
          <w:rFonts w:hint="eastAsia"/>
          <w:sz w:val="24"/>
          <w:szCs w:val="24"/>
          <w:lang w:eastAsia="zh-CN"/>
        </w:rPr>
        <w:t>7</w:t>
      </w:r>
      <w:r w:rsidR="008024D8" w:rsidRPr="00BD451B">
        <w:rPr>
          <w:rFonts w:hint="eastAsia"/>
          <w:sz w:val="24"/>
          <w:szCs w:val="24"/>
          <w:lang w:eastAsia="zh-CN"/>
        </w:rPr>
        <w:t>．</w:t>
      </w:r>
      <w:r w:rsidR="008024D8" w:rsidRPr="00BD451B">
        <w:rPr>
          <w:sz w:val="24"/>
          <w:szCs w:val="24"/>
          <w:lang w:eastAsia="zh-CN"/>
        </w:rPr>
        <w:t>科研诚信</w:t>
      </w:r>
      <w:r w:rsidR="00FD616C">
        <w:rPr>
          <w:rFonts w:hint="eastAsia"/>
          <w:sz w:val="24"/>
          <w:szCs w:val="24"/>
          <w:lang w:eastAsia="zh-CN"/>
        </w:rPr>
        <w:t>：</w:t>
      </w:r>
      <w:r w:rsidR="008024D8" w:rsidRPr="00BD451B">
        <w:rPr>
          <w:sz w:val="24"/>
          <w:szCs w:val="24"/>
          <w:lang w:eastAsia="zh-CN"/>
        </w:rPr>
        <w:t>申请人应恪守科研诚信</w:t>
      </w:r>
      <w:r w:rsidR="00FD616C">
        <w:rPr>
          <w:rFonts w:ascii="微软雅黑" w:eastAsia="微软雅黑" w:hAnsi="微软雅黑" w:cs="微软雅黑" w:hint="eastAsia"/>
          <w:sz w:val="24"/>
          <w:szCs w:val="24"/>
          <w:lang w:eastAsia="zh-CN"/>
        </w:rPr>
        <w:t>、</w:t>
      </w:r>
      <w:r w:rsidR="008024D8" w:rsidRPr="00BD451B">
        <w:rPr>
          <w:rFonts w:ascii="宋体" w:hAnsi="宋体" w:cs="宋体" w:hint="eastAsia"/>
          <w:sz w:val="24"/>
          <w:szCs w:val="24"/>
          <w:lang w:eastAsia="zh-CN"/>
        </w:rPr>
        <w:t>如实填报</w:t>
      </w:r>
      <w:r w:rsidR="00FD616C">
        <w:rPr>
          <w:rFonts w:hint="eastAsia"/>
          <w:sz w:val="24"/>
          <w:szCs w:val="24"/>
          <w:lang w:eastAsia="zh-CN"/>
        </w:rPr>
        <w:t>；</w:t>
      </w:r>
      <w:r w:rsidR="008024D8" w:rsidRPr="00BD451B">
        <w:rPr>
          <w:sz w:val="24"/>
          <w:szCs w:val="24"/>
          <w:lang w:eastAsia="zh-CN"/>
        </w:rPr>
        <w:t>同一项目</w:t>
      </w:r>
      <w:proofErr w:type="gramStart"/>
      <w:r w:rsidR="008024D8" w:rsidRPr="00BD451B">
        <w:rPr>
          <w:sz w:val="24"/>
          <w:szCs w:val="24"/>
          <w:lang w:eastAsia="zh-CN"/>
        </w:rPr>
        <w:t>(</w:t>
      </w:r>
      <w:r w:rsidR="008024D8" w:rsidRPr="00BD451B">
        <w:rPr>
          <w:sz w:val="24"/>
          <w:szCs w:val="24"/>
          <w:lang w:eastAsia="zh-CN"/>
        </w:rPr>
        <w:t>相同研究内容</w:t>
      </w:r>
      <w:r w:rsidR="008024D8" w:rsidRPr="00BD451B">
        <w:rPr>
          <w:sz w:val="24"/>
          <w:szCs w:val="24"/>
          <w:lang w:eastAsia="zh-CN"/>
        </w:rPr>
        <w:t>)</w:t>
      </w:r>
      <w:proofErr w:type="gramEnd"/>
      <w:r w:rsidR="008024D8" w:rsidRPr="00BD451B">
        <w:rPr>
          <w:sz w:val="24"/>
          <w:szCs w:val="24"/>
          <w:lang w:eastAsia="zh-CN"/>
        </w:rPr>
        <w:t>不得申请多个基金资助</w:t>
      </w:r>
      <w:r w:rsidR="00FD616C">
        <w:rPr>
          <w:rFonts w:hint="eastAsia"/>
          <w:sz w:val="24"/>
          <w:szCs w:val="24"/>
          <w:lang w:eastAsia="zh-CN"/>
        </w:rPr>
        <w:t>；</w:t>
      </w:r>
      <w:r w:rsidR="008024D8" w:rsidRPr="00BD451B">
        <w:rPr>
          <w:sz w:val="24"/>
          <w:szCs w:val="24"/>
          <w:lang w:eastAsia="zh-CN"/>
        </w:rPr>
        <w:t>涉及其他在研项目的</w:t>
      </w:r>
      <w:r w:rsidR="00FD616C">
        <w:rPr>
          <w:rFonts w:hint="eastAsia"/>
          <w:sz w:val="24"/>
          <w:szCs w:val="24"/>
          <w:lang w:eastAsia="zh-CN"/>
        </w:rPr>
        <w:t>，</w:t>
      </w:r>
      <w:r w:rsidR="008024D8" w:rsidRPr="00BD451B">
        <w:rPr>
          <w:sz w:val="24"/>
          <w:szCs w:val="24"/>
          <w:lang w:eastAsia="zh-CN"/>
        </w:rPr>
        <w:t>应说明与本次申请的联系和区别</w:t>
      </w:r>
      <w:r w:rsidRPr="00BD451B">
        <w:rPr>
          <w:rFonts w:hint="eastAsia"/>
          <w:sz w:val="24"/>
          <w:szCs w:val="24"/>
          <w:lang w:eastAsia="zh-CN"/>
        </w:rPr>
        <w:t>。</w:t>
      </w:r>
    </w:p>
    <w:p w14:paraId="7E77E42B" w14:textId="77777777" w:rsidR="00DE15A9" w:rsidRDefault="00000000">
      <w:pPr>
        <w:rPr>
          <w:lang w:eastAsia="zh-CN"/>
        </w:rPr>
      </w:pPr>
      <w:r>
        <w:rPr>
          <w:lang w:eastAsia="zh-CN"/>
        </w:rPr>
        <w:br w:type="page"/>
      </w:r>
    </w:p>
    <w:p w14:paraId="74095E6F" w14:textId="7D224445" w:rsidR="00151B21" w:rsidRPr="00FD616C" w:rsidRDefault="00151B21" w:rsidP="00151B21">
      <w:pPr>
        <w:pStyle w:val="1"/>
        <w:rPr>
          <w:rFonts w:ascii="宋体" w:eastAsia="宋体" w:hAnsi="宋体" w:hint="eastAsia"/>
          <w:sz w:val="30"/>
          <w:szCs w:val="30"/>
          <w:lang w:eastAsia="zh-CN"/>
        </w:rPr>
      </w:pPr>
      <w:r w:rsidRPr="00FD616C">
        <w:rPr>
          <w:rFonts w:ascii="宋体" w:eastAsia="宋体" w:hAnsi="宋体" w:hint="eastAsia"/>
          <w:sz w:val="30"/>
          <w:szCs w:val="30"/>
          <w:lang w:eastAsia="zh-CN"/>
        </w:rPr>
        <w:lastRenderedPageBreak/>
        <w:t>一</w:t>
      </w:r>
      <w:r w:rsidRPr="00FD616C">
        <w:rPr>
          <w:rFonts w:ascii="宋体" w:eastAsia="宋体" w:hAnsi="宋体"/>
          <w:sz w:val="30"/>
          <w:szCs w:val="30"/>
          <w:lang w:eastAsia="zh-CN"/>
        </w:rPr>
        <w:t>、</w:t>
      </w:r>
      <w:r w:rsidRPr="00FD616C">
        <w:rPr>
          <w:rFonts w:ascii="宋体" w:eastAsia="宋体" w:hAnsi="宋体" w:hint="eastAsia"/>
          <w:sz w:val="30"/>
          <w:szCs w:val="30"/>
          <w:lang w:eastAsia="zh-CN"/>
        </w:rPr>
        <w:t>申请人基本信息</w:t>
      </w:r>
    </w:p>
    <w:tbl>
      <w:tblPr>
        <w:tblStyle w:val="aff1"/>
        <w:tblW w:w="9071" w:type="dxa"/>
        <w:jc w:val="center"/>
        <w:tblLayout w:type="fixed"/>
        <w:tblLook w:val="04A0" w:firstRow="1" w:lastRow="0" w:firstColumn="1" w:lastColumn="0" w:noHBand="0" w:noVBand="1"/>
      </w:tblPr>
      <w:tblGrid>
        <w:gridCol w:w="1814"/>
        <w:gridCol w:w="2721"/>
        <w:gridCol w:w="1814"/>
        <w:gridCol w:w="2722"/>
      </w:tblGrid>
      <w:tr w:rsidR="00151B21" w14:paraId="183D50BE" w14:textId="77777777" w:rsidTr="00151B21">
        <w:trPr>
          <w:cantSplit/>
          <w:trHeight w:val="680"/>
          <w:jc w:val="center"/>
        </w:trPr>
        <w:tc>
          <w:tcPr>
            <w:tcW w:w="1814" w:type="dxa"/>
            <w:vAlign w:val="center"/>
          </w:tcPr>
          <w:p w14:paraId="3E11BC10" w14:textId="77777777" w:rsidR="00151B21" w:rsidRDefault="00151B21" w:rsidP="00E605C9">
            <w:pPr>
              <w:jc w:val="center"/>
            </w:pPr>
            <w:proofErr w:type="spellStart"/>
            <w:r>
              <w:t>姓名</w:t>
            </w:r>
            <w:proofErr w:type="spellEnd"/>
          </w:p>
        </w:tc>
        <w:tc>
          <w:tcPr>
            <w:tcW w:w="2721" w:type="dxa"/>
            <w:vAlign w:val="center"/>
          </w:tcPr>
          <w:p w14:paraId="4968988A" w14:textId="77777777" w:rsidR="00151B21" w:rsidRDefault="00151B21" w:rsidP="00E605C9"/>
        </w:tc>
        <w:tc>
          <w:tcPr>
            <w:tcW w:w="1814" w:type="dxa"/>
            <w:vAlign w:val="center"/>
          </w:tcPr>
          <w:p w14:paraId="4CB0C118" w14:textId="77777777" w:rsidR="00151B21" w:rsidRDefault="00151B21" w:rsidP="00E605C9">
            <w:pPr>
              <w:jc w:val="center"/>
            </w:pPr>
            <w:proofErr w:type="spellStart"/>
            <w:r>
              <w:t>性别</w:t>
            </w:r>
            <w:proofErr w:type="spellEnd"/>
          </w:p>
        </w:tc>
        <w:tc>
          <w:tcPr>
            <w:tcW w:w="2722" w:type="dxa"/>
            <w:vAlign w:val="center"/>
          </w:tcPr>
          <w:p w14:paraId="33ECA331" w14:textId="77777777" w:rsidR="00151B21" w:rsidRDefault="00151B21" w:rsidP="00E605C9"/>
        </w:tc>
      </w:tr>
      <w:tr w:rsidR="00151B21" w14:paraId="768B5DF9" w14:textId="77777777" w:rsidTr="00151B21">
        <w:trPr>
          <w:cantSplit/>
          <w:trHeight w:val="680"/>
          <w:jc w:val="center"/>
        </w:trPr>
        <w:tc>
          <w:tcPr>
            <w:tcW w:w="1814" w:type="dxa"/>
            <w:vAlign w:val="center"/>
          </w:tcPr>
          <w:p w14:paraId="034F3682" w14:textId="77777777" w:rsidR="00151B21" w:rsidRDefault="00151B21" w:rsidP="00E605C9">
            <w:pPr>
              <w:jc w:val="center"/>
            </w:pPr>
            <w:proofErr w:type="spellStart"/>
            <w:r>
              <w:t>出生年月</w:t>
            </w:r>
            <w:proofErr w:type="spellEnd"/>
          </w:p>
        </w:tc>
        <w:tc>
          <w:tcPr>
            <w:tcW w:w="2721" w:type="dxa"/>
            <w:vAlign w:val="center"/>
          </w:tcPr>
          <w:p w14:paraId="10EAD685" w14:textId="77777777" w:rsidR="00151B21" w:rsidRDefault="00151B21" w:rsidP="00E605C9"/>
        </w:tc>
        <w:tc>
          <w:tcPr>
            <w:tcW w:w="1814" w:type="dxa"/>
            <w:vAlign w:val="center"/>
          </w:tcPr>
          <w:p w14:paraId="1C347620" w14:textId="77777777" w:rsidR="00151B21" w:rsidRDefault="00151B21" w:rsidP="00E605C9">
            <w:pPr>
              <w:jc w:val="center"/>
            </w:pPr>
            <w:proofErr w:type="spellStart"/>
            <w:r>
              <w:t>民族</w:t>
            </w:r>
            <w:proofErr w:type="spellEnd"/>
          </w:p>
        </w:tc>
        <w:tc>
          <w:tcPr>
            <w:tcW w:w="2722" w:type="dxa"/>
            <w:vAlign w:val="center"/>
          </w:tcPr>
          <w:p w14:paraId="23A470E2" w14:textId="77777777" w:rsidR="00151B21" w:rsidRDefault="00151B21" w:rsidP="00E605C9"/>
        </w:tc>
      </w:tr>
      <w:tr w:rsidR="00151B21" w14:paraId="39B9B8C4" w14:textId="77777777" w:rsidTr="00151B21">
        <w:trPr>
          <w:cantSplit/>
          <w:trHeight w:val="680"/>
          <w:jc w:val="center"/>
        </w:trPr>
        <w:tc>
          <w:tcPr>
            <w:tcW w:w="1814" w:type="dxa"/>
            <w:vAlign w:val="center"/>
          </w:tcPr>
          <w:p w14:paraId="5BA10B6C" w14:textId="77777777" w:rsidR="00151B21" w:rsidRDefault="00151B21" w:rsidP="00E605C9">
            <w:pPr>
              <w:jc w:val="center"/>
            </w:pPr>
            <w:proofErr w:type="spellStart"/>
            <w:r>
              <w:t>学位</w:t>
            </w:r>
            <w:proofErr w:type="spellEnd"/>
          </w:p>
        </w:tc>
        <w:tc>
          <w:tcPr>
            <w:tcW w:w="2721" w:type="dxa"/>
            <w:vAlign w:val="center"/>
          </w:tcPr>
          <w:p w14:paraId="4C4012B6" w14:textId="77777777" w:rsidR="00151B21" w:rsidRDefault="00151B21" w:rsidP="00E605C9"/>
        </w:tc>
        <w:tc>
          <w:tcPr>
            <w:tcW w:w="1814" w:type="dxa"/>
            <w:vAlign w:val="center"/>
          </w:tcPr>
          <w:p w14:paraId="511AC036" w14:textId="77777777" w:rsidR="00151B21" w:rsidRDefault="00151B21" w:rsidP="00E605C9">
            <w:pPr>
              <w:jc w:val="center"/>
            </w:pPr>
            <w:proofErr w:type="spellStart"/>
            <w:r>
              <w:t>职称</w:t>
            </w:r>
            <w:proofErr w:type="spellEnd"/>
          </w:p>
        </w:tc>
        <w:tc>
          <w:tcPr>
            <w:tcW w:w="2722" w:type="dxa"/>
            <w:vAlign w:val="center"/>
          </w:tcPr>
          <w:p w14:paraId="0A4CA745" w14:textId="77777777" w:rsidR="00151B21" w:rsidRDefault="00151B21" w:rsidP="00E605C9"/>
        </w:tc>
      </w:tr>
      <w:tr w:rsidR="00151B21" w14:paraId="0845378A" w14:textId="77777777" w:rsidTr="00151B21">
        <w:trPr>
          <w:cantSplit/>
          <w:trHeight w:val="680"/>
          <w:jc w:val="center"/>
        </w:trPr>
        <w:tc>
          <w:tcPr>
            <w:tcW w:w="1814" w:type="dxa"/>
            <w:vAlign w:val="center"/>
          </w:tcPr>
          <w:p w14:paraId="24F2019C" w14:textId="77777777" w:rsidR="00151B21" w:rsidRDefault="00151B21" w:rsidP="00E605C9">
            <w:pPr>
              <w:jc w:val="center"/>
            </w:pPr>
            <w:proofErr w:type="spellStart"/>
            <w:r>
              <w:t>职务</w:t>
            </w:r>
            <w:proofErr w:type="spellEnd"/>
          </w:p>
        </w:tc>
        <w:tc>
          <w:tcPr>
            <w:tcW w:w="2721" w:type="dxa"/>
            <w:vAlign w:val="center"/>
          </w:tcPr>
          <w:p w14:paraId="73347F4E" w14:textId="77777777" w:rsidR="00151B21" w:rsidRDefault="00151B21" w:rsidP="00E605C9"/>
        </w:tc>
        <w:tc>
          <w:tcPr>
            <w:tcW w:w="1814" w:type="dxa"/>
            <w:vAlign w:val="center"/>
          </w:tcPr>
          <w:p w14:paraId="4004D809" w14:textId="77777777" w:rsidR="00151B21" w:rsidRDefault="00151B21" w:rsidP="00E605C9">
            <w:pPr>
              <w:jc w:val="center"/>
            </w:pPr>
            <w:proofErr w:type="spellStart"/>
            <w:r>
              <w:t>申请人类别</w:t>
            </w:r>
            <w:proofErr w:type="spellEnd"/>
          </w:p>
        </w:tc>
        <w:tc>
          <w:tcPr>
            <w:tcW w:w="2722" w:type="dxa"/>
            <w:vAlign w:val="center"/>
          </w:tcPr>
          <w:p w14:paraId="14E09F1F" w14:textId="77777777" w:rsidR="00151B21" w:rsidRDefault="00151B21" w:rsidP="00E605C9">
            <w:pPr>
              <w:rPr>
                <w:lang w:eastAsia="zh-CN"/>
              </w:rPr>
            </w:pPr>
            <w:r>
              <w:rPr>
                <w:lang w:eastAsia="zh-CN"/>
              </w:rPr>
              <w:t>□</w:t>
            </w:r>
            <w:r>
              <w:rPr>
                <w:lang w:eastAsia="zh-CN"/>
              </w:rPr>
              <w:t xml:space="preserve">青年科研人员　</w:t>
            </w:r>
            <w:r>
              <w:rPr>
                <w:lang w:eastAsia="zh-CN"/>
              </w:rPr>
              <w:t>□</w:t>
            </w:r>
            <w:r>
              <w:rPr>
                <w:lang w:eastAsia="zh-CN"/>
              </w:rPr>
              <w:t xml:space="preserve">在站博士后　</w:t>
            </w:r>
            <w:r>
              <w:rPr>
                <w:lang w:eastAsia="zh-CN"/>
              </w:rPr>
              <w:t>□</w:t>
            </w:r>
            <w:r>
              <w:rPr>
                <w:lang w:eastAsia="zh-CN"/>
              </w:rPr>
              <w:t>其他</w:t>
            </w:r>
          </w:p>
        </w:tc>
      </w:tr>
      <w:tr w:rsidR="00151B21" w14:paraId="7D91A984" w14:textId="77777777" w:rsidTr="00151B21">
        <w:trPr>
          <w:cantSplit/>
          <w:trHeight w:val="680"/>
          <w:jc w:val="center"/>
        </w:trPr>
        <w:tc>
          <w:tcPr>
            <w:tcW w:w="1814" w:type="dxa"/>
            <w:vAlign w:val="center"/>
          </w:tcPr>
          <w:p w14:paraId="6270635A" w14:textId="77777777" w:rsidR="00151B21" w:rsidRDefault="00151B21" w:rsidP="00E605C9">
            <w:pPr>
              <w:jc w:val="center"/>
              <w:rPr>
                <w:lang w:eastAsia="zh-CN"/>
              </w:rPr>
            </w:pPr>
            <w:r>
              <w:rPr>
                <w:lang w:eastAsia="zh-CN"/>
              </w:rPr>
              <w:t>所在单位（学院／附属医院）</w:t>
            </w:r>
          </w:p>
        </w:tc>
        <w:tc>
          <w:tcPr>
            <w:tcW w:w="7257" w:type="dxa"/>
            <w:gridSpan w:val="3"/>
            <w:vAlign w:val="center"/>
          </w:tcPr>
          <w:p w14:paraId="0CA052B5" w14:textId="77777777" w:rsidR="00151B21" w:rsidRDefault="00151B21" w:rsidP="00E605C9">
            <w:pPr>
              <w:rPr>
                <w:lang w:eastAsia="zh-CN"/>
              </w:rPr>
            </w:pPr>
          </w:p>
        </w:tc>
      </w:tr>
      <w:tr w:rsidR="00151B21" w14:paraId="056586C0" w14:textId="77777777" w:rsidTr="00151B21">
        <w:trPr>
          <w:cantSplit/>
          <w:trHeight w:val="680"/>
          <w:jc w:val="center"/>
        </w:trPr>
        <w:tc>
          <w:tcPr>
            <w:tcW w:w="1814" w:type="dxa"/>
            <w:vAlign w:val="center"/>
          </w:tcPr>
          <w:p w14:paraId="58211CE5" w14:textId="77777777" w:rsidR="00151B21" w:rsidRDefault="00151B21" w:rsidP="00E605C9">
            <w:pPr>
              <w:jc w:val="center"/>
            </w:pPr>
            <w:proofErr w:type="spellStart"/>
            <w:r>
              <w:t>所属科室／部门</w:t>
            </w:r>
            <w:proofErr w:type="spellEnd"/>
          </w:p>
        </w:tc>
        <w:tc>
          <w:tcPr>
            <w:tcW w:w="7257" w:type="dxa"/>
            <w:gridSpan w:val="3"/>
            <w:vAlign w:val="center"/>
          </w:tcPr>
          <w:p w14:paraId="095E656C" w14:textId="77777777" w:rsidR="00151B21" w:rsidRDefault="00151B21" w:rsidP="00E605C9"/>
        </w:tc>
      </w:tr>
      <w:tr w:rsidR="00151B21" w14:paraId="58FF1B13" w14:textId="77777777" w:rsidTr="00151B21">
        <w:trPr>
          <w:cantSplit/>
          <w:trHeight w:val="680"/>
          <w:jc w:val="center"/>
        </w:trPr>
        <w:tc>
          <w:tcPr>
            <w:tcW w:w="1814" w:type="dxa"/>
            <w:vAlign w:val="center"/>
          </w:tcPr>
          <w:p w14:paraId="22EF352A" w14:textId="77777777" w:rsidR="00151B21" w:rsidRDefault="00151B21" w:rsidP="00E605C9">
            <w:pPr>
              <w:jc w:val="center"/>
            </w:pPr>
            <w:proofErr w:type="spellStart"/>
            <w:r>
              <w:t>专业方向／研究领域</w:t>
            </w:r>
            <w:proofErr w:type="spellEnd"/>
          </w:p>
        </w:tc>
        <w:tc>
          <w:tcPr>
            <w:tcW w:w="7257" w:type="dxa"/>
            <w:gridSpan w:val="3"/>
            <w:vAlign w:val="center"/>
          </w:tcPr>
          <w:p w14:paraId="4DD755B0" w14:textId="77777777" w:rsidR="00151B21" w:rsidRDefault="00151B21" w:rsidP="00E605C9"/>
        </w:tc>
      </w:tr>
      <w:tr w:rsidR="00151B21" w14:paraId="4B44CE6B" w14:textId="77777777" w:rsidTr="00151B21">
        <w:trPr>
          <w:cantSplit/>
          <w:trHeight w:val="680"/>
          <w:jc w:val="center"/>
        </w:trPr>
        <w:tc>
          <w:tcPr>
            <w:tcW w:w="1814" w:type="dxa"/>
            <w:vAlign w:val="center"/>
          </w:tcPr>
          <w:p w14:paraId="6B4299A3" w14:textId="77777777" w:rsidR="00151B21" w:rsidRDefault="00151B21" w:rsidP="00E605C9">
            <w:pPr>
              <w:jc w:val="center"/>
            </w:pPr>
            <w:proofErr w:type="spellStart"/>
            <w:r>
              <w:t>联系电话</w:t>
            </w:r>
            <w:proofErr w:type="spellEnd"/>
          </w:p>
        </w:tc>
        <w:tc>
          <w:tcPr>
            <w:tcW w:w="2721" w:type="dxa"/>
            <w:vAlign w:val="center"/>
          </w:tcPr>
          <w:p w14:paraId="750CEEDC" w14:textId="77777777" w:rsidR="00151B21" w:rsidRDefault="00151B21" w:rsidP="00E605C9"/>
        </w:tc>
        <w:tc>
          <w:tcPr>
            <w:tcW w:w="1814" w:type="dxa"/>
            <w:vAlign w:val="center"/>
          </w:tcPr>
          <w:p w14:paraId="0C345673" w14:textId="77777777" w:rsidR="00151B21" w:rsidRDefault="00151B21" w:rsidP="00E605C9">
            <w:pPr>
              <w:jc w:val="center"/>
            </w:pPr>
            <w:proofErr w:type="spellStart"/>
            <w:r>
              <w:t>电子邮箱</w:t>
            </w:r>
            <w:proofErr w:type="spellEnd"/>
          </w:p>
        </w:tc>
        <w:tc>
          <w:tcPr>
            <w:tcW w:w="2722" w:type="dxa"/>
            <w:vAlign w:val="center"/>
          </w:tcPr>
          <w:p w14:paraId="4EE53C3D" w14:textId="77777777" w:rsidR="00151B21" w:rsidRDefault="00151B21" w:rsidP="00E605C9"/>
        </w:tc>
      </w:tr>
      <w:tr w:rsidR="00151B21" w14:paraId="0BF4627D" w14:textId="77777777" w:rsidTr="00151B21">
        <w:trPr>
          <w:cantSplit/>
          <w:trHeight w:val="680"/>
          <w:jc w:val="center"/>
        </w:trPr>
        <w:tc>
          <w:tcPr>
            <w:tcW w:w="1814" w:type="dxa"/>
            <w:vAlign w:val="center"/>
          </w:tcPr>
          <w:p w14:paraId="29AFCC0B" w14:textId="77777777" w:rsidR="00151B21" w:rsidRDefault="00151B21" w:rsidP="00E605C9">
            <w:pPr>
              <w:jc w:val="center"/>
            </w:pPr>
            <w:proofErr w:type="spellStart"/>
            <w:r>
              <w:t>通讯地址</w:t>
            </w:r>
            <w:proofErr w:type="spellEnd"/>
          </w:p>
        </w:tc>
        <w:tc>
          <w:tcPr>
            <w:tcW w:w="2721" w:type="dxa"/>
            <w:vAlign w:val="center"/>
          </w:tcPr>
          <w:p w14:paraId="58338E6C" w14:textId="77777777" w:rsidR="00151B21" w:rsidRDefault="00151B21" w:rsidP="00E605C9"/>
        </w:tc>
        <w:tc>
          <w:tcPr>
            <w:tcW w:w="1814" w:type="dxa"/>
            <w:vAlign w:val="center"/>
          </w:tcPr>
          <w:p w14:paraId="4CEBA990" w14:textId="77777777" w:rsidR="00151B21" w:rsidRDefault="00151B21" w:rsidP="00E605C9">
            <w:pPr>
              <w:jc w:val="center"/>
            </w:pPr>
            <w:proofErr w:type="spellStart"/>
            <w:r>
              <w:t>邮政编码</w:t>
            </w:r>
            <w:proofErr w:type="spellEnd"/>
          </w:p>
        </w:tc>
        <w:tc>
          <w:tcPr>
            <w:tcW w:w="2722" w:type="dxa"/>
            <w:vAlign w:val="center"/>
          </w:tcPr>
          <w:p w14:paraId="07D4DB79" w14:textId="77777777" w:rsidR="00151B21" w:rsidRDefault="00151B21" w:rsidP="00E605C9"/>
        </w:tc>
      </w:tr>
      <w:tr w:rsidR="00151B21" w14:paraId="2626C480" w14:textId="77777777" w:rsidTr="00151B21">
        <w:trPr>
          <w:cantSplit/>
          <w:trHeight w:val="680"/>
          <w:jc w:val="center"/>
        </w:trPr>
        <w:tc>
          <w:tcPr>
            <w:tcW w:w="1814" w:type="dxa"/>
            <w:vAlign w:val="center"/>
          </w:tcPr>
          <w:p w14:paraId="39730B5C" w14:textId="77777777" w:rsidR="00151B21" w:rsidRDefault="00151B21" w:rsidP="00E605C9">
            <w:pPr>
              <w:jc w:val="center"/>
            </w:pPr>
            <w:proofErr w:type="spellStart"/>
            <w:r>
              <w:t>其他说明（如适用</w:t>
            </w:r>
            <w:proofErr w:type="spellEnd"/>
            <w:r>
              <w:t>）</w:t>
            </w:r>
          </w:p>
        </w:tc>
        <w:tc>
          <w:tcPr>
            <w:tcW w:w="7257" w:type="dxa"/>
            <w:gridSpan w:val="3"/>
            <w:vAlign w:val="center"/>
          </w:tcPr>
          <w:p w14:paraId="0D8799DF" w14:textId="77777777" w:rsidR="00151B21" w:rsidRDefault="00151B21" w:rsidP="00E605C9"/>
        </w:tc>
      </w:tr>
    </w:tbl>
    <w:p w14:paraId="418A35BD" w14:textId="30454F0D" w:rsidR="00151B21" w:rsidRPr="00102C95" w:rsidRDefault="00102C95" w:rsidP="00102C95">
      <w:pPr>
        <w:pStyle w:val="1"/>
        <w:rPr>
          <w:rFonts w:ascii="宋体" w:eastAsia="宋体" w:hAnsi="宋体" w:hint="eastAsia"/>
          <w:sz w:val="30"/>
          <w:szCs w:val="30"/>
          <w:lang w:eastAsia="zh-CN"/>
        </w:rPr>
      </w:pPr>
      <w:r>
        <w:rPr>
          <w:rFonts w:ascii="宋体" w:eastAsia="宋体" w:hAnsi="宋体" w:hint="eastAsia"/>
          <w:sz w:val="30"/>
          <w:szCs w:val="30"/>
          <w:lang w:eastAsia="zh-CN"/>
        </w:rPr>
        <w:t>二</w:t>
      </w:r>
      <w:r w:rsidRPr="00FD616C">
        <w:rPr>
          <w:rFonts w:ascii="宋体" w:eastAsia="宋体" w:hAnsi="宋体"/>
          <w:sz w:val="30"/>
          <w:szCs w:val="30"/>
          <w:lang w:eastAsia="zh-CN"/>
        </w:rPr>
        <w:t>、</w:t>
      </w:r>
      <w:r>
        <w:rPr>
          <w:rFonts w:ascii="宋体" w:eastAsia="宋体" w:hAnsi="宋体" w:hint="eastAsia"/>
          <w:sz w:val="30"/>
          <w:szCs w:val="30"/>
          <w:lang w:eastAsia="zh-CN"/>
        </w:rPr>
        <w:t>课题组成员</w:t>
      </w:r>
      <w:r w:rsidRPr="00FD616C">
        <w:rPr>
          <w:rFonts w:ascii="宋体" w:eastAsia="宋体" w:hAnsi="宋体" w:hint="eastAsia"/>
          <w:sz w:val="30"/>
          <w:szCs w:val="30"/>
          <w:lang w:eastAsia="zh-CN"/>
        </w:rPr>
        <w:t>信息</w:t>
      </w:r>
    </w:p>
    <w:tbl>
      <w:tblPr>
        <w:tblStyle w:val="aff1"/>
        <w:tblW w:w="0" w:type="auto"/>
        <w:jc w:val="center"/>
        <w:tblLayout w:type="fixed"/>
        <w:tblLook w:val="04A0" w:firstRow="1" w:lastRow="0" w:firstColumn="1" w:lastColumn="0" w:noHBand="0" w:noVBand="1"/>
      </w:tblPr>
      <w:tblGrid>
        <w:gridCol w:w="1271"/>
        <w:gridCol w:w="1276"/>
        <w:gridCol w:w="1843"/>
        <w:gridCol w:w="1417"/>
        <w:gridCol w:w="1701"/>
        <w:gridCol w:w="1142"/>
      </w:tblGrid>
      <w:tr w:rsidR="00102C95" w14:paraId="6E1954BD" w14:textId="77777777" w:rsidTr="00E605C9">
        <w:trPr>
          <w:cantSplit/>
          <w:trHeight w:val="567"/>
          <w:tblHeader/>
          <w:jc w:val="center"/>
        </w:trPr>
        <w:tc>
          <w:tcPr>
            <w:tcW w:w="1271" w:type="dxa"/>
            <w:vAlign w:val="center"/>
          </w:tcPr>
          <w:p w14:paraId="1909BF9D" w14:textId="77777777" w:rsidR="00102C95" w:rsidRPr="00E40013" w:rsidRDefault="00102C95" w:rsidP="00E605C9">
            <w:pPr>
              <w:jc w:val="center"/>
            </w:pPr>
            <w:proofErr w:type="spellStart"/>
            <w:r w:rsidRPr="00E40013">
              <w:rPr>
                <w:b/>
              </w:rPr>
              <w:t>编号</w:t>
            </w:r>
            <w:proofErr w:type="spellEnd"/>
          </w:p>
        </w:tc>
        <w:tc>
          <w:tcPr>
            <w:tcW w:w="1276" w:type="dxa"/>
            <w:vAlign w:val="center"/>
          </w:tcPr>
          <w:p w14:paraId="2608B1F8" w14:textId="77777777" w:rsidR="00102C95" w:rsidRPr="00E40013" w:rsidRDefault="00102C95" w:rsidP="00E605C9">
            <w:pPr>
              <w:jc w:val="center"/>
            </w:pPr>
            <w:proofErr w:type="spellStart"/>
            <w:r w:rsidRPr="00E40013">
              <w:rPr>
                <w:b/>
              </w:rPr>
              <w:t>姓名</w:t>
            </w:r>
            <w:proofErr w:type="spellEnd"/>
          </w:p>
        </w:tc>
        <w:tc>
          <w:tcPr>
            <w:tcW w:w="1843" w:type="dxa"/>
            <w:vAlign w:val="center"/>
          </w:tcPr>
          <w:p w14:paraId="36A038F5" w14:textId="77777777" w:rsidR="00102C95" w:rsidRPr="00E40013" w:rsidRDefault="00102C95" w:rsidP="00E605C9">
            <w:pPr>
              <w:jc w:val="center"/>
            </w:pPr>
            <w:proofErr w:type="spellStart"/>
            <w:r w:rsidRPr="00E40013">
              <w:rPr>
                <w:b/>
              </w:rPr>
              <w:t>工作单位</w:t>
            </w:r>
            <w:proofErr w:type="spellEnd"/>
          </w:p>
        </w:tc>
        <w:tc>
          <w:tcPr>
            <w:tcW w:w="1417" w:type="dxa"/>
            <w:vAlign w:val="center"/>
          </w:tcPr>
          <w:p w14:paraId="3BB5DBE2" w14:textId="77777777" w:rsidR="00102C95" w:rsidRPr="00E40013" w:rsidRDefault="00102C95" w:rsidP="00E605C9">
            <w:pPr>
              <w:jc w:val="center"/>
            </w:pPr>
            <w:proofErr w:type="spellStart"/>
            <w:r w:rsidRPr="00E40013">
              <w:rPr>
                <w:b/>
              </w:rPr>
              <w:t>学位／职称</w:t>
            </w:r>
            <w:proofErr w:type="spellEnd"/>
          </w:p>
        </w:tc>
        <w:tc>
          <w:tcPr>
            <w:tcW w:w="1701" w:type="dxa"/>
            <w:vAlign w:val="center"/>
          </w:tcPr>
          <w:p w14:paraId="4AC12E83" w14:textId="77777777" w:rsidR="00102C95" w:rsidRPr="00E40013" w:rsidRDefault="00102C95" w:rsidP="00E605C9">
            <w:pPr>
              <w:jc w:val="center"/>
            </w:pPr>
            <w:proofErr w:type="spellStart"/>
            <w:r w:rsidRPr="00E40013">
              <w:rPr>
                <w:b/>
              </w:rPr>
              <w:t>项目分工</w:t>
            </w:r>
            <w:proofErr w:type="spellEnd"/>
          </w:p>
        </w:tc>
        <w:tc>
          <w:tcPr>
            <w:tcW w:w="1142" w:type="dxa"/>
            <w:vAlign w:val="center"/>
          </w:tcPr>
          <w:p w14:paraId="70224761" w14:textId="77777777" w:rsidR="00102C95" w:rsidRPr="00E40013" w:rsidRDefault="00102C95" w:rsidP="00E605C9">
            <w:pPr>
              <w:jc w:val="center"/>
            </w:pPr>
            <w:proofErr w:type="spellStart"/>
            <w:r w:rsidRPr="00E40013">
              <w:rPr>
                <w:b/>
              </w:rPr>
              <w:t>签字</w:t>
            </w:r>
            <w:proofErr w:type="spellEnd"/>
          </w:p>
        </w:tc>
      </w:tr>
      <w:tr w:rsidR="00102C95" w14:paraId="744CB06D" w14:textId="77777777" w:rsidTr="00E605C9">
        <w:trPr>
          <w:cantSplit/>
          <w:trHeight w:val="567"/>
          <w:jc w:val="center"/>
        </w:trPr>
        <w:tc>
          <w:tcPr>
            <w:tcW w:w="1271" w:type="dxa"/>
            <w:vAlign w:val="center"/>
          </w:tcPr>
          <w:p w14:paraId="5CD4C447" w14:textId="77777777" w:rsidR="00102C95" w:rsidRDefault="00102C95" w:rsidP="00E605C9">
            <w:pPr>
              <w:jc w:val="center"/>
            </w:pPr>
            <w:r>
              <w:t>1</w:t>
            </w:r>
          </w:p>
        </w:tc>
        <w:tc>
          <w:tcPr>
            <w:tcW w:w="1276" w:type="dxa"/>
            <w:vAlign w:val="center"/>
          </w:tcPr>
          <w:p w14:paraId="697ACE1A" w14:textId="77777777" w:rsidR="00102C95" w:rsidRDefault="00102C95" w:rsidP="00E605C9">
            <w:pPr>
              <w:jc w:val="center"/>
            </w:pPr>
          </w:p>
        </w:tc>
        <w:tc>
          <w:tcPr>
            <w:tcW w:w="1843" w:type="dxa"/>
            <w:vAlign w:val="center"/>
          </w:tcPr>
          <w:p w14:paraId="2741B462" w14:textId="77777777" w:rsidR="00102C95" w:rsidRDefault="00102C95" w:rsidP="00E605C9"/>
        </w:tc>
        <w:tc>
          <w:tcPr>
            <w:tcW w:w="1417" w:type="dxa"/>
            <w:vAlign w:val="center"/>
          </w:tcPr>
          <w:p w14:paraId="1EB1CD86" w14:textId="77777777" w:rsidR="00102C95" w:rsidRDefault="00102C95" w:rsidP="00E605C9">
            <w:pPr>
              <w:jc w:val="center"/>
            </w:pPr>
          </w:p>
        </w:tc>
        <w:tc>
          <w:tcPr>
            <w:tcW w:w="1701" w:type="dxa"/>
            <w:vAlign w:val="center"/>
          </w:tcPr>
          <w:p w14:paraId="262650D1" w14:textId="77777777" w:rsidR="00102C95" w:rsidRDefault="00102C95" w:rsidP="00E605C9"/>
        </w:tc>
        <w:tc>
          <w:tcPr>
            <w:tcW w:w="1142" w:type="dxa"/>
            <w:vAlign w:val="center"/>
          </w:tcPr>
          <w:p w14:paraId="26F7322D" w14:textId="77777777" w:rsidR="00102C95" w:rsidRDefault="00102C95" w:rsidP="00E605C9">
            <w:pPr>
              <w:jc w:val="center"/>
            </w:pPr>
          </w:p>
        </w:tc>
      </w:tr>
      <w:tr w:rsidR="00102C95" w14:paraId="270C177A" w14:textId="77777777" w:rsidTr="00E605C9">
        <w:trPr>
          <w:cantSplit/>
          <w:trHeight w:val="567"/>
          <w:jc w:val="center"/>
        </w:trPr>
        <w:tc>
          <w:tcPr>
            <w:tcW w:w="1271" w:type="dxa"/>
            <w:vAlign w:val="center"/>
          </w:tcPr>
          <w:p w14:paraId="3D193BC3" w14:textId="77777777" w:rsidR="00102C95" w:rsidRDefault="00102C95" w:rsidP="00E605C9">
            <w:pPr>
              <w:jc w:val="center"/>
            </w:pPr>
            <w:r>
              <w:t>2</w:t>
            </w:r>
          </w:p>
        </w:tc>
        <w:tc>
          <w:tcPr>
            <w:tcW w:w="1276" w:type="dxa"/>
            <w:vAlign w:val="center"/>
          </w:tcPr>
          <w:p w14:paraId="0C166C8D" w14:textId="77777777" w:rsidR="00102C95" w:rsidRDefault="00102C95" w:rsidP="00E605C9">
            <w:pPr>
              <w:jc w:val="center"/>
            </w:pPr>
          </w:p>
        </w:tc>
        <w:tc>
          <w:tcPr>
            <w:tcW w:w="1843" w:type="dxa"/>
            <w:vAlign w:val="center"/>
          </w:tcPr>
          <w:p w14:paraId="534F265A" w14:textId="77777777" w:rsidR="00102C95" w:rsidRDefault="00102C95" w:rsidP="00E605C9"/>
        </w:tc>
        <w:tc>
          <w:tcPr>
            <w:tcW w:w="1417" w:type="dxa"/>
            <w:vAlign w:val="center"/>
          </w:tcPr>
          <w:p w14:paraId="1E7F2F54" w14:textId="77777777" w:rsidR="00102C95" w:rsidRDefault="00102C95" w:rsidP="00E605C9">
            <w:pPr>
              <w:jc w:val="center"/>
            </w:pPr>
          </w:p>
        </w:tc>
        <w:tc>
          <w:tcPr>
            <w:tcW w:w="1701" w:type="dxa"/>
            <w:vAlign w:val="center"/>
          </w:tcPr>
          <w:p w14:paraId="10475AD2" w14:textId="77777777" w:rsidR="00102C95" w:rsidRDefault="00102C95" w:rsidP="00E605C9"/>
        </w:tc>
        <w:tc>
          <w:tcPr>
            <w:tcW w:w="1142" w:type="dxa"/>
            <w:vAlign w:val="center"/>
          </w:tcPr>
          <w:p w14:paraId="1C73F1B3" w14:textId="77777777" w:rsidR="00102C95" w:rsidRDefault="00102C95" w:rsidP="00E605C9">
            <w:pPr>
              <w:jc w:val="center"/>
            </w:pPr>
          </w:p>
        </w:tc>
      </w:tr>
      <w:tr w:rsidR="00102C95" w14:paraId="3BB162EA" w14:textId="77777777" w:rsidTr="00E605C9">
        <w:trPr>
          <w:cantSplit/>
          <w:trHeight w:val="567"/>
          <w:jc w:val="center"/>
        </w:trPr>
        <w:tc>
          <w:tcPr>
            <w:tcW w:w="1271" w:type="dxa"/>
            <w:vAlign w:val="center"/>
          </w:tcPr>
          <w:p w14:paraId="15ED66AF" w14:textId="77777777" w:rsidR="00102C95" w:rsidRDefault="00102C95" w:rsidP="00E605C9">
            <w:pPr>
              <w:jc w:val="center"/>
            </w:pPr>
            <w:r>
              <w:t>3</w:t>
            </w:r>
          </w:p>
        </w:tc>
        <w:tc>
          <w:tcPr>
            <w:tcW w:w="1276" w:type="dxa"/>
            <w:vAlign w:val="center"/>
          </w:tcPr>
          <w:p w14:paraId="4F89065D" w14:textId="77777777" w:rsidR="00102C95" w:rsidRDefault="00102C95" w:rsidP="00E605C9">
            <w:pPr>
              <w:jc w:val="center"/>
            </w:pPr>
          </w:p>
        </w:tc>
        <w:tc>
          <w:tcPr>
            <w:tcW w:w="1843" w:type="dxa"/>
            <w:vAlign w:val="center"/>
          </w:tcPr>
          <w:p w14:paraId="56C5FFDD" w14:textId="77777777" w:rsidR="00102C95" w:rsidRDefault="00102C95" w:rsidP="00E605C9"/>
        </w:tc>
        <w:tc>
          <w:tcPr>
            <w:tcW w:w="1417" w:type="dxa"/>
            <w:vAlign w:val="center"/>
          </w:tcPr>
          <w:p w14:paraId="04F5B893" w14:textId="77777777" w:rsidR="00102C95" w:rsidRDefault="00102C95" w:rsidP="00E605C9">
            <w:pPr>
              <w:jc w:val="center"/>
            </w:pPr>
          </w:p>
        </w:tc>
        <w:tc>
          <w:tcPr>
            <w:tcW w:w="1701" w:type="dxa"/>
            <w:vAlign w:val="center"/>
          </w:tcPr>
          <w:p w14:paraId="61B69978" w14:textId="77777777" w:rsidR="00102C95" w:rsidRDefault="00102C95" w:rsidP="00E605C9"/>
        </w:tc>
        <w:tc>
          <w:tcPr>
            <w:tcW w:w="1142" w:type="dxa"/>
            <w:vAlign w:val="center"/>
          </w:tcPr>
          <w:p w14:paraId="352A8808" w14:textId="77777777" w:rsidR="00102C95" w:rsidRDefault="00102C95" w:rsidP="00E605C9">
            <w:pPr>
              <w:jc w:val="center"/>
            </w:pPr>
          </w:p>
        </w:tc>
      </w:tr>
      <w:tr w:rsidR="00102C95" w14:paraId="3072EE74" w14:textId="77777777" w:rsidTr="00E605C9">
        <w:trPr>
          <w:cantSplit/>
          <w:trHeight w:val="567"/>
          <w:jc w:val="center"/>
        </w:trPr>
        <w:tc>
          <w:tcPr>
            <w:tcW w:w="1271" w:type="dxa"/>
            <w:vAlign w:val="center"/>
          </w:tcPr>
          <w:p w14:paraId="1F2C73D7" w14:textId="77777777" w:rsidR="00102C95" w:rsidRDefault="00102C95" w:rsidP="00E605C9">
            <w:pPr>
              <w:jc w:val="center"/>
            </w:pPr>
            <w:r>
              <w:t>4</w:t>
            </w:r>
          </w:p>
        </w:tc>
        <w:tc>
          <w:tcPr>
            <w:tcW w:w="1276" w:type="dxa"/>
            <w:vAlign w:val="center"/>
          </w:tcPr>
          <w:p w14:paraId="0764C7DD" w14:textId="77777777" w:rsidR="00102C95" w:rsidRDefault="00102C95" w:rsidP="00E605C9">
            <w:pPr>
              <w:jc w:val="center"/>
            </w:pPr>
          </w:p>
        </w:tc>
        <w:tc>
          <w:tcPr>
            <w:tcW w:w="1843" w:type="dxa"/>
            <w:vAlign w:val="center"/>
          </w:tcPr>
          <w:p w14:paraId="40542B13" w14:textId="77777777" w:rsidR="00102C95" w:rsidRDefault="00102C95" w:rsidP="00E605C9"/>
        </w:tc>
        <w:tc>
          <w:tcPr>
            <w:tcW w:w="1417" w:type="dxa"/>
            <w:vAlign w:val="center"/>
          </w:tcPr>
          <w:p w14:paraId="78053DCF" w14:textId="77777777" w:rsidR="00102C95" w:rsidRDefault="00102C95" w:rsidP="00E605C9">
            <w:pPr>
              <w:jc w:val="center"/>
            </w:pPr>
          </w:p>
        </w:tc>
        <w:tc>
          <w:tcPr>
            <w:tcW w:w="1701" w:type="dxa"/>
            <w:vAlign w:val="center"/>
          </w:tcPr>
          <w:p w14:paraId="7C211A18" w14:textId="77777777" w:rsidR="00102C95" w:rsidRDefault="00102C95" w:rsidP="00E605C9"/>
        </w:tc>
        <w:tc>
          <w:tcPr>
            <w:tcW w:w="1142" w:type="dxa"/>
            <w:vAlign w:val="center"/>
          </w:tcPr>
          <w:p w14:paraId="1CF2FA24" w14:textId="77777777" w:rsidR="00102C95" w:rsidRDefault="00102C95" w:rsidP="00E605C9">
            <w:pPr>
              <w:jc w:val="center"/>
            </w:pPr>
          </w:p>
        </w:tc>
      </w:tr>
      <w:tr w:rsidR="00102C95" w14:paraId="0DEE5D0F" w14:textId="77777777" w:rsidTr="00E605C9">
        <w:trPr>
          <w:cantSplit/>
          <w:trHeight w:val="567"/>
          <w:jc w:val="center"/>
        </w:trPr>
        <w:tc>
          <w:tcPr>
            <w:tcW w:w="1271" w:type="dxa"/>
            <w:vAlign w:val="center"/>
          </w:tcPr>
          <w:p w14:paraId="44329488" w14:textId="77777777" w:rsidR="00102C95" w:rsidRDefault="00102C95" w:rsidP="00E605C9">
            <w:pPr>
              <w:jc w:val="center"/>
            </w:pPr>
            <w:r>
              <w:t>5</w:t>
            </w:r>
          </w:p>
        </w:tc>
        <w:tc>
          <w:tcPr>
            <w:tcW w:w="1276" w:type="dxa"/>
            <w:vAlign w:val="center"/>
          </w:tcPr>
          <w:p w14:paraId="63790EAE" w14:textId="77777777" w:rsidR="00102C95" w:rsidRDefault="00102C95" w:rsidP="00E605C9">
            <w:pPr>
              <w:jc w:val="center"/>
            </w:pPr>
          </w:p>
        </w:tc>
        <w:tc>
          <w:tcPr>
            <w:tcW w:w="1843" w:type="dxa"/>
            <w:vAlign w:val="center"/>
          </w:tcPr>
          <w:p w14:paraId="36350AEB" w14:textId="77777777" w:rsidR="00102C95" w:rsidRDefault="00102C95" w:rsidP="00E605C9"/>
        </w:tc>
        <w:tc>
          <w:tcPr>
            <w:tcW w:w="1417" w:type="dxa"/>
            <w:vAlign w:val="center"/>
          </w:tcPr>
          <w:p w14:paraId="2BF0ADD1" w14:textId="77777777" w:rsidR="00102C95" w:rsidRDefault="00102C95" w:rsidP="00E605C9">
            <w:pPr>
              <w:jc w:val="center"/>
            </w:pPr>
          </w:p>
        </w:tc>
        <w:tc>
          <w:tcPr>
            <w:tcW w:w="1701" w:type="dxa"/>
            <w:vAlign w:val="center"/>
          </w:tcPr>
          <w:p w14:paraId="4B48F99A" w14:textId="77777777" w:rsidR="00102C95" w:rsidRDefault="00102C95" w:rsidP="00E605C9"/>
        </w:tc>
        <w:tc>
          <w:tcPr>
            <w:tcW w:w="1142" w:type="dxa"/>
            <w:vAlign w:val="center"/>
          </w:tcPr>
          <w:p w14:paraId="499C5825" w14:textId="77777777" w:rsidR="00102C95" w:rsidRDefault="00102C95" w:rsidP="00E605C9">
            <w:pPr>
              <w:jc w:val="center"/>
            </w:pPr>
          </w:p>
        </w:tc>
      </w:tr>
      <w:tr w:rsidR="00102C95" w14:paraId="5B6455BF" w14:textId="77777777" w:rsidTr="00E605C9">
        <w:trPr>
          <w:cantSplit/>
          <w:trHeight w:val="567"/>
          <w:jc w:val="center"/>
        </w:trPr>
        <w:tc>
          <w:tcPr>
            <w:tcW w:w="1271" w:type="dxa"/>
            <w:vAlign w:val="center"/>
          </w:tcPr>
          <w:p w14:paraId="0C74C538" w14:textId="77777777" w:rsidR="00102C95" w:rsidRDefault="00102C95" w:rsidP="00E605C9">
            <w:pPr>
              <w:jc w:val="center"/>
            </w:pPr>
            <w:r>
              <w:t>6</w:t>
            </w:r>
          </w:p>
        </w:tc>
        <w:tc>
          <w:tcPr>
            <w:tcW w:w="1276" w:type="dxa"/>
            <w:vAlign w:val="center"/>
          </w:tcPr>
          <w:p w14:paraId="76BEB4BB" w14:textId="77777777" w:rsidR="00102C95" w:rsidRDefault="00102C95" w:rsidP="00E605C9">
            <w:pPr>
              <w:jc w:val="center"/>
            </w:pPr>
          </w:p>
        </w:tc>
        <w:tc>
          <w:tcPr>
            <w:tcW w:w="1843" w:type="dxa"/>
            <w:vAlign w:val="center"/>
          </w:tcPr>
          <w:p w14:paraId="0D285D67" w14:textId="77777777" w:rsidR="00102C95" w:rsidRDefault="00102C95" w:rsidP="00E605C9"/>
        </w:tc>
        <w:tc>
          <w:tcPr>
            <w:tcW w:w="1417" w:type="dxa"/>
            <w:vAlign w:val="center"/>
          </w:tcPr>
          <w:p w14:paraId="6093E872" w14:textId="77777777" w:rsidR="00102C95" w:rsidRDefault="00102C95" w:rsidP="00E605C9">
            <w:pPr>
              <w:jc w:val="center"/>
            </w:pPr>
          </w:p>
        </w:tc>
        <w:tc>
          <w:tcPr>
            <w:tcW w:w="1701" w:type="dxa"/>
            <w:vAlign w:val="center"/>
          </w:tcPr>
          <w:p w14:paraId="254947D0" w14:textId="77777777" w:rsidR="00102C95" w:rsidRDefault="00102C95" w:rsidP="00E605C9"/>
        </w:tc>
        <w:tc>
          <w:tcPr>
            <w:tcW w:w="1142" w:type="dxa"/>
            <w:vAlign w:val="center"/>
          </w:tcPr>
          <w:p w14:paraId="0754CDB5" w14:textId="77777777" w:rsidR="00102C95" w:rsidRDefault="00102C95" w:rsidP="00E605C9">
            <w:pPr>
              <w:jc w:val="center"/>
            </w:pPr>
          </w:p>
        </w:tc>
      </w:tr>
      <w:tr w:rsidR="00102C95" w14:paraId="19F76C7C" w14:textId="77777777" w:rsidTr="00E605C9">
        <w:trPr>
          <w:cantSplit/>
          <w:trHeight w:val="567"/>
          <w:jc w:val="center"/>
        </w:trPr>
        <w:tc>
          <w:tcPr>
            <w:tcW w:w="1271" w:type="dxa"/>
            <w:vAlign w:val="center"/>
          </w:tcPr>
          <w:p w14:paraId="333A54AF" w14:textId="77777777" w:rsidR="00102C95" w:rsidRDefault="00102C95" w:rsidP="00E605C9">
            <w:pPr>
              <w:jc w:val="center"/>
            </w:pPr>
            <w:r>
              <w:t>7</w:t>
            </w:r>
          </w:p>
        </w:tc>
        <w:tc>
          <w:tcPr>
            <w:tcW w:w="1276" w:type="dxa"/>
            <w:vAlign w:val="center"/>
          </w:tcPr>
          <w:p w14:paraId="5FCF7E50" w14:textId="77777777" w:rsidR="00102C95" w:rsidRDefault="00102C95" w:rsidP="00E605C9">
            <w:pPr>
              <w:jc w:val="center"/>
            </w:pPr>
          </w:p>
        </w:tc>
        <w:tc>
          <w:tcPr>
            <w:tcW w:w="1843" w:type="dxa"/>
            <w:vAlign w:val="center"/>
          </w:tcPr>
          <w:p w14:paraId="362D9A81" w14:textId="77777777" w:rsidR="00102C95" w:rsidRDefault="00102C95" w:rsidP="00E605C9"/>
        </w:tc>
        <w:tc>
          <w:tcPr>
            <w:tcW w:w="1417" w:type="dxa"/>
            <w:vAlign w:val="center"/>
          </w:tcPr>
          <w:p w14:paraId="0E8D1FBB" w14:textId="77777777" w:rsidR="00102C95" w:rsidRDefault="00102C95" w:rsidP="00E605C9">
            <w:pPr>
              <w:jc w:val="center"/>
            </w:pPr>
          </w:p>
        </w:tc>
        <w:tc>
          <w:tcPr>
            <w:tcW w:w="1701" w:type="dxa"/>
            <w:vAlign w:val="center"/>
          </w:tcPr>
          <w:p w14:paraId="57070CBE" w14:textId="77777777" w:rsidR="00102C95" w:rsidRDefault="00102C95" w:rsidP="00E605C9"/>
        </w:tc>
        <w:tc>
          <w:tcPr>
            <w:tcW w:w="1142" w:type="dxa"/>
            <w:vAlign w:val="center"/>
          </w:tcPr>
          <w:p w14:paraId="4480BDA0" w14:textId="77777777" w:rsidR="00102C95" w:rsidRDefault="00102C95" w:rsidP="00E605C9">
            <w:pPr>
              <w:jc w:val="center"/>
            </w:pPr>
          </w:p>
        </w:tc>
      </w:tr>
      <w:tr w:rsidR="00102C95" w14:paraId="521E5558" w14:textId="77777777" w:rsidTr="00E605C9">
        <w:trPr>
          <w:cantSplit/>
          <w:trHeight w:val="567"/>
          <w:jc w:val="center"/>
        </w:trPr>
        <w:tc>
          <w:tcPr>
            <w:tcW w:w="1271" w:type="dxa"/>
            <w:vAlign w:val="center"/>
          </w:tcPr>
          <w:p w14:paraId="44097DDB" w14:textId="77777777" w:rsidR="00102C95" w:rsidRDefault="00102C95" w:rsidP="00E605C9">
            <w:pPr>
              <w:jc w:val="center"/>
            </w:pPr>
            <w:r>
              <w:t>8</w:t>
            </w:r>
          </w:p>
        </w:tc>
        <w:tc>
          <w:tcPr>
            <w:tcW w:w="1276" w:type="dxa"/>
            <w:vAlign w:val="center"/>
          </w:tcPr>
          <w:p w14:paraId="3B2E05DD" w14:textId="77777777" w:rsidR="00102C95" w:rsidRDefault="00102C95" w:rsidP="00E605C9">
            <w:pPr>
              <w:jc w:val="center"/>
            </w:pPr>
          </w:p>
        </w:tc>
        <w:tc>
          <w:tcPr>
            <w:tcW w:w="1843" w:type="dxa"/>
            <w:vAlign w:val="center"/>
          </w:tcPr>
          <w:p w14:paraId="6FA3B7D0" w14:textId="77777777" w:rsidR="00102C95" w:rsidRDefault="00102C95" w:rsidP="00E605C9"/>
        </w:tc>
        <w:tc>
          <w:tcPr>
            <w:tcW w:w="1417" w:type="dxa"/>
            <w:vAlign w:val="center"/>
          </w:tcPr>
          <w:p w14:paraId="76CFA02B" w14:textId="77777777" w:rsidR="00102C95" w:rsidRDefault="00102C95" w:rsidP="00E605C9">
            <w:pPr>
              <w:jc w:val="center"/>
            </w:pPr>
          </w:p>
        </w:tc>
        <w:tc>
          <w:tcPr>
            <w:tcW w:w="1701" w:type="dxa"/>
            <w:vAlign w:val="center"/>
          </w:tcPr>
          <w:p w14:paraId="16408A55" w14:textId="77777777" w:rsidR="00102C95" w:rsidRDefault="00102C95" w:rsidP="00E605C9"/>
        </w:tc>
        <w:tc>
          <w:tcPr>
            <w:tcW w:w="1142" w:type="dxa"/>
            <w:vAlign w:val="center"/>
          </w:tcPr>
          <w:p w14:paraId="4507AA55" w14:textId="77777777" w:rsidR="00102C95" w:rsidRDefault="00102C95" w:rsidP="00E605C9">
            <w:pPr>
              <w:jc w:val="center"/>
            </w:pPr>
          </w:p>
        </w:tc>
      </w:tr>
    </w:tbl>
    <w:p w14:paraId="21162418" w14:textId="77777777" w:rsidR="00151B21" w:rsidRDefault="00151B21">
      <w:pPr>
        <w:rPr>
          <w:lang w:eastAsia="zh-CN"/>
        </w:rPr>
      </w:pPr>
    </w:p>
    <w:p w14:paraId="781C50A0" w14:textId="54F7D291" w:rsidR="00FC652E" w:rsidRPr="00FD616C" w:rsidRDefault="00102C95" w:rsidP="00FC652E">
      <w:pPr>
        <w:pStyle w:val="1"/>
        <w:spacing w:before="240" w:after="120" w:line="240" w:lineRule="auto"/>
        <w:rPr>
          <w:rFonts w:ascii="宋体" w:eastAsia="宋体" w:hAnsi="宋体" w:hint="eastAsia"/>
          <w:sz w:val="30"/>
          <w:szCs w:val="30"/>
          <w:lang w:eastAsia="zh-CN"/>
        </w:rPr>
      </w:pPr>
      <w:r>
        <w:rPr>
          <w:rFonts w:ascii="宋体" w:eastAsia="宋体" w:hAnsi="宋体" w:hint="eastAsia"/>
          <w:sz w:val="30"/>
          <w:szCs w:val="30"/>
          <w:lang w:eastAsia="zh-CN"/>
        </w:rPr>
        <w:lastRenderedPageBreak/>
        <w:t>三</w:t>
      </w:r>
      <w:r w:rsidR="008D7E1D" w:rsidRPr="00FD616C">
        <w:rPr>
          <w:rFonts w:ascii="宋体" w:eastAsia="宋体" w:hAnsi="宋体"/>
          <w:sz w:val="30"/>
          <w:szCs w:val="30"/>
          <w:lang w:eastAsia="zh-CN"/>
        </w:rPr>
        <w:t>、立项依据</w:t>
      </w:r>
      <w:r w:rsidR="00FC652E" w:rsidRPr="00FD616C">
        <w:rPr>
          <w:rFonts w:ascii="宋体" w:eastAsia="宋体" w:hAnsi="宋体" w:hint="eastAsia"/>
          <w:sz w:val="30"/>
          <w:szCs w:val="30"/>
          <w:lang w:eastAsia="zh-CN"/>
        </w:rPr>
        <w:t xml:space="preserve">  </w:t>
      </w:r>
    </w:p>
    <w:p w14:paraId="4602ABDE" w14:textId="0F68A62B" w:rsidR="00FC652E" w:rsidRDefault="00FC652E"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r>
        <w:rPr>
          <w:rFonts w:hint="eastAsia"/>
          <w:lang w:eastAsia="zh-CN"/>
        </w:rPr>
        <w:t>（</w:t>
      </w:r>
      <w:r w:rsidRPr="00FC652E">
        <w:rPr>
          <w:rFonts w:hint="eastAsia"/>
          <w:lang w:eastAsia="zh-CN"/>
        </w:rPr>
        <w:t>请结合疾病负担、临床诊治现状与未满足的临床需求，阐明开展本课题研究的背景与必要性；综述国内外与本课题相关的研究进展和发展动态，客观评述已有研究的基础与不足，明确本课题的切入点；</w:t>
      </w:r>
      <w:r>
        <w:rPr>
          <w:rFonts w:hint="eastAsia"/>
          <w:lang w:eastAsia="zh-CN"/>
        </w:rPr>
        <w:t>提出</w:t>
      </w:r>
      <w:r w:rsidRPr="00FC652E">
        <w:rPr>
          <w:rFonts w:hint="eastAsia"/>
          <w:lang w:eastAsia="zh-CN"/>
        </w:rPr>
        <w:t>拟解决的关键科学问题与临床问题，说明研究意义与应用前景。</w:t>
      </w:r>
      <w:r w:rsidRPr="00FC652E">
        <w:rPr>
          <w:lang w:eastAsia="zh-CN"/>
        </w:rPr>
        <w:t>）</w:t>
      </w:r>
    </w:p>
    <w:p w14:paraId="6875990C"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1D7C755A"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C343DA0"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34ACE70A"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787D94A"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DB7CC19"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06C5D908"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6A229C0"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C539C70"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566535DB"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5BBD087B"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9AC48E7"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776330C"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7C217BC"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606E10C"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BC1FF5D"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061894B"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ADD3635"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CA9343B"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34F4D3BA"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2B52C77"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DE86B49"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E4DAD19"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F9F63E8"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3E6BC5A0"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E1B3C14"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3206714F"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5BD9CE7"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5F789206"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1268F549"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1660CF3"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5BDAA925"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544B6EE2" w14:textId="77777777" w:rsidR="00AE360B" w:rsidRPr="00FC652E"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725B836" w14:textId="77777777" w:rsidR="00FC652E" w:rsidRDefault="00FC652E" w:rsidP="00FC652E">
      <w:pPr>
        <w:rPr>
          <w:lang w:eastAsia="zh-CN"/>
        </w:rPr>
      </w:pPr>
    </w:p>
    <w:p w14:paraId="4F19AE09" w14:textId="3A585ABF" w:rsidR="00DE15A9" w:rsidRPr="00FD616C" w:rsidRDefault="00102C95" w:rsidP="00FD616C">
      <w:pPr>
        <w:pStyle w:val="1"/>
        <w:spacing w:before="240" w:after="120" w:line="240" w:lineRule="auto"/>
        <w:rPr>
          <w:rFonts w:ascii="宋体" w:eastAsia="宋体" w:hAnsi="宋体" w:hint="eastAsia"/>
          <w:sz w:val="30"/>
          <w:szCs w:val="30"/>
          <w:lang w:eastAsia="zh-CN"/>
        </w:rPr>
      </w:pPr>
      <w:r>
        <w:rPr>
          <w:rFonts w:ascii="宋体" w:eastAsia="宋体" w:hAnsi="宋体" w:hint="eastAsia"/>
          <w:sz w:val="30"/>
          <w:szCs w:val="30"/>
          <w:lang w:eastAsia="zh-CN"/>
        </w:rPr>
        <w:lastRenderedPageBreak/>
        <w:t>四</w:t>
      </w:r>
      <w:r w:rsidR="000112C1" w:rsidRPr="00FD616C">
        <w:rPr>
          <w:rFonts w:ascii="宋体" w:eastAsia="宋体" w:hAnsi="宋体"/>
          <w:sz w:val="30"/>
          <w:szCs w:val="30"/>
          <w:lang w:eastAsia="zh-CN"/>
        </w:rPr>
        <w:t>、</w:t>
      </w:r>
      <w:r w:rsidR="00C372C1" w:rsidRPr="00FD616C">
        <w:rPr>
          <w:rFonts w:ascii="宋体" w:eastAsia="宋体" w:hAnsi="宋体" w:hint="eastAsia"/>
          <w:sz w:val="30"/>
          <w:szCs w:val="30"/>
          <w:lang w:eastAsia="zh-CN"/>
        </w:rPr>
        <w:t>研究内容</w:t>
      </w:r>
    </w:p>
    <w:p w14:paraId="2736636A" w14:textId="6D8C2436" w:rsidR="00DE15A9" w:rsidRDefault="00C372C1"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r w:rsidRPr="00C372C1">
        <w:rPr>
          <w:rFonts w:hint="eastAsia"/>
          <w:lang w:eastAsia="zh-CN"/>
        </w:rPr>
        <w:t>（详述项目的研究目标、研究内容、和拟解决的关键问题）</w:t>
      </w:r>
    </w:p>
    <w:p w14:paraId="6C90B2AC" w14:textId="77777777" w:rsidR="00DE15A9" w:rsidRDefault="00DE15A9"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0623502C" w14:textId="77777777" w:rsidR="00DE15A9" w:rsidRDefault="00DE15A9"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21CA9F8"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77FA099"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01659E25"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739F41F"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A33E655"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951A60A"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20F6BD2"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3211449"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1B23391"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B645B2C"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6AE7A58"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01D0F65F"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31B4429C"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F2D6E06"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1FD83637"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B7326E4"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7232CFB"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1E187685"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0BF5D59D"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7A605AF"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EDBB9D8"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358E33CF"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11B8E711"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B403DA0"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EBF0267"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1E946211"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265B080"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5BE4D114"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EEF409E"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AEC15F4"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86D84BA" w14:textId="77777777" w:rsidR="00AE360B" w:rsidRDefault="00AE360B"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13C759D1" w14:textId="77777777" w:rsidR="00DE15A9" w:rsidRDefault="00DE15A9" w:rsidP="00AE360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47A1EC9" w14:textId="77777777" w:rsidR="000112C1" w:rsidRDefault="000112C1" w:rsidP="00C372C1">
      <w:pPr>
        <w:spacing w:line="360" w:lineRule="auto"/>
        <w:jc w:val="both"/>
        <w:rPr>
          <w:lang w:eastAsia="zh-CN"/>
        </w:rPr>
      </w:pPr>
    </w:p>
    <w:p w14:paraId="64E781A5" w14:textId="656C9114" w:rsidR="00C372C1" w:rsidRPr="00FD616C" w:rsidRDefault="00102C95" w:rsidP="00C372C1">
      <w:pPr>
        <w:pStyle w:val="1"/>
        <w:spacing w:before="240" w:after="120" w:line="240" w:lineRule="auto"/>
        <w:rPr>
          <w:rFonts w:ascii="宋体" w:eastAsia="宋体" w:hAnsi="宋体" w:hint="eastAsia"/>
          <w:sz w:val="30"/>
          <w:szCs w:val="30"/>
          <w:lang w:eastAsia="zh-CN"/>
        </w:rPr>
      </w:pPr>
      <w:r>
        <w:rPr>
          <w:rFonts w:ascii="宋体" w:eastAsia="宋体" w:hAnsi="宋体" w:hint="eastAsia"/>
          <w:sz w:val="30"/>
          <w:szCs w:val="30"/>
          <w:lang w:eastAsia="zh-CN"/>
        </w:rPr>
        <w:lastRenderedPageBreak/>
        <w:t>五</w:t>
      </w:r>
      <w:r w:rsidR="00C372C1" w:rsidRPr="00FD616C">
        <w:rPr>
          <w:rFonts w:ascii="宋体" w:eastAsia="宋体" w:hAnsi="宋体" w:hint="eastAsia"/>
          <w:sz w:val="30"/>
          <w:szCs w:val="30"/>
          <w:lang w:eastAsia="zh-CN"/>
        </w:rPr>
        <w:t>、拟采取的研究方案及可行性分析</w:t>
      </w:r>
    </w:p>
    <w:p w14:paraId="03A2EDCC" w14:textId="77777777" w:rsidR="00C372C1" w:rsidRDefault="00C372C1" w:rsidP="00965C10">
      <w:pPr>
        <w:pBdr>
          <w:top w:val="single" w:sz="4" w:space="1" w:color="auto"/>
          <w:left w:val="single" w:sz="4" w:space="4" w:color="auto"/>
          <w:bottom w:val="single" w:sz="4" w:space="1" w:color="auto"/>
          <w:right w:val="single" w:sz="4" w:space="4" w:color="auto"/>
        </w:pBdr>
        <w:ind w:firstLineChars="200" w:firstLine="420"/>
        <w:rPr>
          <w:lang w:eastAsia="zh-CN"/>
        </w:rPr>
      </w:pPr>
      <w:r w:rsidRPr="00C372C1">
        <w:rPr>
          <w:rFonts w:hint="eastAsia"/>
          <w:lang w:eastAsia="zh-CN"/>
        </w:rPr>
        <w:t>（包括有关方法、技术路线、实验手段、关键技术等说明）</w:t>
      </w:r>
    </w:p>
    <w:p w14:paraId="4DD6D27F"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1446D9FD"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22A49A7D"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433DC3B3"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3E1EA71D"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7D2B48AA"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22929D1D"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02206252"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5CAD8449"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59B88F90"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7680D10E"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3EB5D97E"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11D6B849"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4666806B"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310A3358"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627896B8"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3E82DC9F"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3BFF5542"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5B6401D6"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7DB769D8"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2BD426F5"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3720B337"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0B0527A2"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00757078"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24F131BF"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3F8864C2"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64993A53"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1AAE7F07"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045365D5"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6D078909"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72C8D7A2"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4C67C93F"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5835E0AD"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64E041FE"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50983B78"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3C87DF85"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0759391C"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1C38F1B0"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48EABB59"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6A295499"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55E87D2C"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320BBD57"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3FBEF3B6"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42E03D96"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3E974596" w14:textId="77777777" w:rsidR="00965C10"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0282068A" w14:textId="77777777" w:rsidR="00965C10" w:rsidRPr="00C372C1" w:rsidRDefault="00965C10" w:rsidP="00965C10">
      <w:pPr>
        <w:pBdr>
          <w:top w:val="single" w:sz="4" w:space="1" w:color="auto"/>
          <w:left w:val="single" w:sz="4" w:space="4" w:color="auto"/>
          <w:bottom w:val="single" w:sz="4" w:space="1" w:color="auto"/>
          <w:right w:val="single" w:sz="4" w:space="4" w:color="auto"/>
        </w:pBdr>
        <w:ind w:firstLineChars="200" w:firstLine="420"/>
        <w:rPr>
          <w:lang w:eastAsia="zh-CN"/>
        </w:rPr>
      </w:pPr>
    </w:p>
    <w:p w14:paraId="130FB02A" w14:textId="0341F947" w:rsidR="00DE15A9" w:rsidRPr="00FD616C" w:rsidRDefault="00102C95">
      <w:pPr>
        <w:pStyle w:val="1"/>
        <w:spacing w:before="240" w:after="120" w:line="240" w:lineRule="auto"/>
        <w:rPr>
          <w:rFonts w:ascii="宋体" w:eastAsia="宋体" w:hAnsi="宋体" w:hint="eastAsia"/>
          <w:sz w:val="30"/>
          <w:szCs w:val="30"/>
          <w:lang w:eastAsia="zh-CN"/>
        </w:rPr>
      </w:pPr>
      <w:r>
        <w:rPr>
          <w:rFonts w:ascii="宋体" w:eastAsia="宋体" w:hAnsi="宋体" w:hint="eastAsia"/>
          <w:sz w:val="30"/>
          <w:szCs w:val="30"/>
          <w:lang w:eastAsia="zh-CN"/>
        </w:rPr>
        <w:lastRenderedPageBreak/>
        <w:t>六</w:t>
      </w:r>
      <w:r w:rsidR="000112C1" w:rsidRPr="00FD616C">
        <w:rPr>
          <w:rFonts w:ascii="宋体" w:eastAsia="宋体" w:hAnsi="宋体" w:hint="eastAsia"/>
          <w:sz w:val="30"/>
          <w:szCs w:val="30"/>
          <w:lang w:eastAsia="zh-CN"/>
        </w:rPr>
        <w:t>、项目的特色与创新之处</w:t>
      </w:r>
    </w:p>
    <w:p w14:paraId="5BE5F314" w14:textId="3D06538F" w:rsidR="00DE15A9" w:rsidRDefault="0000000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r>
        <w:rPr>
          <w:lang w:eastAsia="zh-CN"/>
        </w:rPr>
        <w:t>（请说明本课题在理论、方法、技术或临床应用层面的创新之处</w:t>
      </w:r>
      <w:r w:rsidR="00151B21">
        <w:rPr>
          <w:rFonts w:hint="eastAsia"/>
          <w:lang w:eastAsia="zh-CN"/>
        </w:rPr>
        <w:t>，体现医工交叉</w:t>
      </w:r>
      <w:r w:rsidR="00C372C1">
        <w:rPr>
          <w:rFonts w:hint="eastAsia"/>
          <w:lang w:eastAsia="zh-CN"/>
        </w:rPr>
        <w:t>特色</w:t>
      </w:r>
      <w:r>
        <w:rPr>
          <w:lang w:eastAsia="zh-CN"/>
        </w:rPr>
        <w:t>）</w:t>
      </w:r>
    </w:p>
    <w:p w14:paraId="3F290E8E" w14:textId="77777777" w:rsidR="00C372C1" w:rsidRDefault="00C372C1"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5E62F4A2" w14:textId="77777777" w:rsidR="00C372C1" w:rsidRDefault="00C372C1"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319DFBF0" w14:textId="77777777" w:rsidR="00C372C1" w:rsidRDefault="00C372C1"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15403434" w14:textId="77777777" w:rsidR="00C372C1" w:rsidRDefault="00C372C1"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5F7D7144" w14:textId="77777777" w:rsidR="00C372C1" w:rsidRDefault="00C372C1"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445B164" w14:textId="77777777" w:rsidR="00C372C1" w:rsidRDefault="00C372C1"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32AC820E" w14:textId="77777777" w:rsidR="00C372C1" w:rsidRDefault="00C372C1"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7B4B746" w14:textId="77777777" w:rsidR="00C372C1" w:rsidRDefault="00C372C1"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B49696E" w14:textId="77777777" w:rsidR="00C372C1" w:rsidRDefault="00C372C1"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0587C166"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jc w:val="both"/>
        <w:rPr>
          <w:lang w:eastAsia="zh-CN"/>
        </w:rPr>
      </w:pPr>
    </w:p>
    <w:p w14:paraId="44132226"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1E6291FE"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564AB86B"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3BCC6DE"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D11D935"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0C69215"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522A864D" w14:textId="6DF931E9" w:rsidR="00DE15A9" w:rsidRPr="00FD616C" w:rsidRDefault="00102C95">
      <w:pPr>
        <w:pStyle w:val="1"/>
        <w:spacing w:before="240" w:after="120" w:line="240" w:lineRule="auto"/>
        <w:rPr>
          <w:rFonts w:ascii="宋体" w:eastAsia="宋体" w:hAnsi="宋体" w:hint="eastAsia"/>
          <w:sz w:val="30"/>
          <w:szCs w:val="30"/>
          <w:lang w:eastAsia="zh-CN"/>
        </w:rPr>
      </w:pPr>
      <w:r>
        <w:rPr>
          <w:rFonts w:ascii="宋体" w:eastAsia="宋体" w:hAnsi="宋体" w:hint="eastAsia"/>
          <w:sz w:val="30"/>
          <w:szCs w:val="30"/>
          <w:lang w:eastAsia="zh-CN"/>
        </w:rPr>
        <w:t>七</w:t>
      </w:r>
      <w:r w:rsidR="00E40013" w:rsidRPr="00FD616C">
        <w:rPr>
          <w:rFonts w:ascii="宋体" w:eastAsia="宋体" w:hAnsi="宋体"/>
          <w:sz w:val="30"/>
          <w:szCs w:val="30"/>
          <w:lang w:eastAsia="zh-CN"/>
        </w:rPr>
        <w:t>、</w:t>
      </w:r>
      <w:r w:rsidR="00E40013" w:rsidRPr="00FD616C">
        <w:rPr>
          <w:rFonts w:ascii="宋体" w:eastAsia="宋体" w:hAnsi="宋体" w:hint="eastAsia"/>
          <w:sz w:val="30"/>
          <w:szCs w:val="30"/>
          <w:lang w:eastAsia="zh-CN"/>
        </w:rPr>
        <w:t>研究</w:t>
      </w:r>
      <w:r w:rsidR="00266EB8">
        <w:rPr>
          <w:rFonts w:ascii="宋体" w:eastAsia="宋体" w:hAnsi="宋体" w:hint="eastAsia"/>
          <w:sz w:val="30"/>
          <w:szCs w:val="30"/>
          <w:lang w:eastAsia="zh-CN"/>
        </w:rPr>
        <w:t>进度</w:t>
      </w:r>
      <w:r w:rsidR="00E40013" w:rsidRPr="00FD616C">
        <w:rPr>
          <w:rFonts w:ascii="宋体" w:eastAsia="宋体" w:hAnsi="宋体" w:hint="eastAsia"/>
          <w:sz w:val="30"/>
          <w:szCs w:val="30"/>
          <w:lang w:eastAsia="zh-CN"/>
        </w:rPr>
        <w:t>计划</w:t>
      </w:r>
    </w:p>
    <w:p w14:paraId="74F9BF7F"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C346E1D"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271157D"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7525D22"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0D96B6E1" w14:textId="77777777" w:rsidR="00E40013" w:rsidRDefault="00E40013"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17FCDADD" w14:textId="77777777" w:rsidR="00E40013" w:rsidRDefault="00E40013"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FE9637C" w14:textId="77777777" w:rsidR="00C372C1" w:rsidRDefault="00C372C1"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3C1226E1" w14:textId="77777777" w:rsidR="00C372C1" w:rsidRDefault="00C372C1"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50B04D9E" w14:textId="77777777" w:rsidR="00C372C1" w:rsidRDefault="00C372C1"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122D7F0" w14:textId="77777777" w:rsidR="00E40013" w:rsidRDefault="00E40013"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DCBE3F4"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5062A7FA"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00387221"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7AEC0D0"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1CE777B"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DB40B5F"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52C40967"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461073A" w14:textId="0D5AE769" w:rsidR="00DE15A9" w:rsidRPr="00FD616C" w:rsidRDefault="00102C95">
      <w:pPr>
        <w:pStyle w:val="1"/>
        <w:spacing w:before="240" w:after="120" w:line="240" w:lineRule="auto"/>
        <w:rPr>
          <w:rFonts w:ascii="宋体" w:eastAsia="宋体" w:hAnsi="宋体" w:hint="eastAsia"/>
          <w:sz w:val="30"/>
          <w:szCs w:val="30"/>
          <w:lang w:eastAsia="zh-CN"/>
        </w:rPr>
      </w:pPr>
      <w:r>
        <w:rPr>
          <w:rFonts w:ascii="宋体" w:eastAsia="宋体" w:hAnsi="宋体" w:hint="eastAsia"/>
          <w:sz w:val="30"/>
          <w:szCs w:val="30"/>
          <w:lang w:eastAsia="zh-CN"/>
        </w:rPr>
        <w:lastRenderedPageBreak/>
        <w:t>八</w:t>
      </w:r>
      <w:r w:rsidR="00E40013" w:rsidRPr="00FD616C">
        <w:rPr>
          <w:rFonts w:ascii="宋体" w:eastAsia="宋体" w:hAnsi="宋体"/>
          <w:sz w:val="30"/>
          <w:szCs w:val="30"/>
          <w:lang w:eastAsia="zh-CN"/>
        </w:rPr>
        <w:t>、预期成果</w:t>
      </w:r>
    </w:p>
    <w:p w14:paraId="395F122A" w14:textId="09791172" w:rsidR="00DE15A9" w:rsidRDefault="0000000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pPr>
      <w:r>
        <w:rPr>
          <w:lang w:eastAsia="zh-CN"/>
        </w:rPr>
        <w:t>（请结合结题要求提出明确、可考核的预期成果，包括拟发表论文、申请专利、形成软件或技术报告、建成队列与数据集资源，以及申报省部级及以上科研项目的计划等。</w:t>
      </w:r>
      <w:r>
        <w:t>）</w:t>
      </w:r>
    </w:p>
    <w:p w14:paraId="0F48A3C9"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pPr>
    </w:p>
    <w:p w14:paraId="70C01748"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pPr>
    </w:p>
    <w:p w14:paraId="144A0704"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pPr>
    </w:p>
    <w:p w14:paraId="76FBE09E"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pPr>
    </w:p>
    <w:p w14:paraId="37E50822"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pPr>
    </w:p>
    <w:p w14:paraId="6875C835" w14:textId="77777777" w:rsidR="00DE15A9" w:rsidRDefault="00DE15A9"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36DED57D" w14:textId="77777777" w:rsidR="00E40013" w:rsidRDefault="00E40013"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140B53EE"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EF285EA"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39186618"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52D3FBBE"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15F0D3F" w14:textId="77777777" w:rsidR="00E40013" w:rsidRDefault="00E40013" w:rsidP="00965C10">
      <w:pPr>
        <w:pBdr>
          <w:top w:val="single" w:sz="4" w:space="1" w:color="auto"/>
          <w:left w:val="single" w:sz="4" w:space="4" w:color="auto"/>
          <w:bottom w:val="single" w:sz="4" w:space="1" w:color="auto"/>
          <w:right w:val="single" w:sz="4" w:space="4" w:color="auto"/>
        </w:pBdr>
        <w:spacing w:line="360" w:lineRule="auto"/>
        <w:jc w:val="both"/>
        <w:rPr>
          <w:lang w:eastAsia="zh-CN"/>
        </w:rPr>
      </w:pPr>
    </w:p>
    <w:p w14:paraId="11472E74" w14:textId="77777777" w:rsidR="00C372C1" w:rsidRDefault="00C372C1" w:rsidP="00965C10">
      <w:pPr>
        <w:pBdr>
          <w:top w:val="single" w:sz="4" w:space="1" w:color="auto"/>
          <w:left w:val="single" w:sz="4" w:space="4" w:color="auto"/>
          <w:bottom w:val="single" w:sz="4" w:space="1" w:color="auto"/>
          <w:right w:val="single" w:sz="4" w:space="4" w:color="auto"/>
        </w:pBdr>
        <w:spacing w:line="360" w:lineRule="auto"/>
        <w:jc w:val="both"/>
        <w:rPr>
          <w:lang w:eastAsia="zh-CN"/>
        </w:rPr>
      </w:pPr>
    </w:p>
    <w:p w14:paraId="434A87D2"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jc w:val="both"/>
        <w:rPr>
          <w:lang w:eastAsia="zh-CN"/>
        </w:rPr>
      </w:pPr>
    </w:p>
    <w:p w14:paraId="24E23181"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jc w:val="both"/>
        <w:rPr>
          <w:lang w:eastAsia="zh-CN"/>
        </w:rPr>
      </w:pPr>
    </w:p>
    <w:p w14:paraId="3C2A9FD4"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jc w:val="both"/>
        <w:rPr>
          <w:lang w:eastAsia="zh-CN"/>
        </w:rPr>
      </w:pPr>
    </w:p>
    <w:p w14:paraId="6BFC4AE8"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jc w:val="both"/>
        <w:rPr>
          <w:lang w:eastAsia="zh-CN"/>
        </w:rPr>
      </w:pPr>
    </w:p>
    <w:p w14:paraId="3280B81E" w14:textId="77777777" w:rsidR="00965C10" w:rsidRDefault="00965C10" w:rsidP="00965C10">
      <w:pPr>
        <w:pBdr>
          <w:top w:val="single" w:sz="4" w:space="1" w:color="auto"/>
          <w:left w:val="single" w:sz="4" w:space="4" w:color="auto"/>
          <w:bottom w:val="single" w:sz="4" w:space="1" w:color="auto"/>
          <w:right w:val="single" w:sz="4" w:space="4" w:color="auto"/>
        </w:pBdr>
        <w:spacing w:line="360" w:lineRule="auto"/>
        <w:jc w:val="both"/>
        <w:rPr>
          <w:lang w:eastAsia="zh-CN"/>
        </w:rPr>
      </w:pPr>
    </w:p>
    <w:p w14:paraId="5CD3E4F4" w14:textId="77777777" w:rsidR="00C372C1" w:rsidRDefault="00C372C1" w:rsidP="00965C10">
      <w:pPr>
        <w:pBdr>
          <w:top w:val="single" w:sz="4" w:space="1" w:color="auto"/>
          <w:left w:val="single" w:sz="4" w:space="4" w:color="auto"/>
          <w:bottom w:val="single" w:sz="4" w:space="1" w:color="auto"/>
          <w:right w:val="single" w:sz="4" w:space="4" w:color="auto"/>
        </w:pBdr>
        <w:spacing w:line="360" w:lineRule="auto"/>
        <w:jc w:val="both"/>
        <w:rPr>
          <w:lang w:eastAsia="zh-CN"/>
        </w:rPr>
      </w:pPr>
    </w:p>
    <w:p w14:paraId="098E7A84" w14:textId="5CC9587B" w:rsidR="00DE15A9" w:rsidRPr="00FD616C" w:rsidRDefault="00102C95">
      <w:pPr>
        <w:pStyle w:val="1"/>
        <w:spacing w:before="240" w:after="120" w:line="240" w:lineRule="auto"/>
        <w:rPr>
          <w:rFonts w:ascii="宋体" w:eastAsia="宋体" w:hAnsi="宋体" w:hint="eastAsia"/>
          <w:sz w:val="30"/>
          <w:szCs w:val="30"/>
          <w:lang w:eastAsia="zh-CN"/>
        </w:rPr>
      </w:pPr>
      <w:r>
        <w:rPr>
          <w:rFonts w:ascii="宋体" w:eastAsia="宋体" w:hAnsi="宋体" w:hint="eastAsia"/>
          <w:sz w:val="30"/>
          <w:szCs w:val="30"/>
          <w:lang w:eastAsia="zh-CN"/>
        </w:rPr>
        <w:t>九</w:t>
      </w:r>
      <w:r w:rsidR="00E40013" w:rsidRPr="00FD616C">
        <w:rPr>
          <w:rFonts w:ascii="宋体" w:eastAsia="宋体" w:hAnsi="宋体"/>
          <w:sz w:val="30"/>
          <w:szCs w:val="30"/>
          <w:lang w:eastAsia="zh-CN"/>
        </w:rPr>
        <w:t>、经费预算（单位：万元）</w:t>
      </w:r>
    </w:p>
    <w:tbl>
      <w:tblPr>
        <w:tblStyle w:val="aff1"/>
        <w:tblW w:w="0" w:type="auto"/>
        <w:jc w:val="center"/>
        <w:tblLayout w:type="fixed"/>
        <w:tblLook w:val="04A0" w:firstRow="1" w:lastRow="0" w:firstColumn="1" w:lastColumn="0" w:noHBand="0" w:noVBand="1"/>
      </w:tblPr>
      <w:tblGrid>
        <w:gridCol w:w="3261"/>
        <w:gridCol w:w="1559"/>
        <w:gridCol w:w="4251"/>
      </w:tblGrid>
      <w:tr w:rsidR="00DE15A9" w14:paraId="7D2236E5" w14:textId="77777777" w:rsidTr="00BD451B">
        <w:trPr>
          <w:cantSplit/>
          <w:trHeight w:val="567"/>
          <w:tblHeader/>
          <w:jc w:val="center"/>
        </w:trPr>
        <w:tc>
          <w:tcPr>
            <w:tcW w:w="3261" w:type="dxa"/>
            <w:vAlign w:val="center"/>
          </w:tcPr>
          <w:p w14:paraId="39FEC497" w14:textId="77777777" w:rsidR="00DE15A9" w:rsidRDefault="00000000">
            <w:pPr>
              <w:jc w:val="center"/>
            </w:pPr>
            <w:proofErr w:type="spellStart"/>
            <w:r>
              <w:rPr>
                <w:b/>
              </w:rPr>
              <w:t>支出科目</w:t>
            </w:r>
            <w:proofErr w:type="spellEnd"/>
          </w:p>
        </w:tc>
        <w:tc>
          <w:tcPr>
            <w:tcW w:w="1559" w:type="dxa"/>
            <w:vAlign w:val="center"/>
          </w:tcPr>
          <w:p w14:paraId="7DC895E4" w14:textId="77777777" w:rsidR="00DE15A9" w:rsidRDefault="00000000">
            <w:pPr>
              <w:jc w:val="center"/>
            </w:pPr>
            <w:proofErr w:type="spellStart"/>
            <w:r>
              <w:rPr>
                <w:b/>
              </w:rPr>
              <w:t>金额</w:t>
            </w:r>
            <w:proofErr w:type="spellEnd"/>
          </w:p>
        </w:tc>
        <w:tc>
          <w:tcPr>
            <w:tcW w:w="4251" w:type="dxa"/>
            <w:vAlign w:val="center"/>
          </w:tcPr>
          <w:p w14:paraId="132B3F25" w14:textId="77777777" w:rsidR="00DE15A9" w:rsidRDefault="00000000">
            <w:pPr>
              <w:jc w:val="center"/>
            </w:pPr>
            <w:proofErr w:type="spellStart"/>
            <w:r>
              <w:rPr>
                <w:b/>
              </w:rPr>
              <w:t>计算根据及理由</w:t>
            </w:r>
            <w:proofErr w:type="spellEnd"/>
          </w:p>
        </w:tc>
      </w:tr>
      <w:tr w:rsidR="00DE15A9" w14:paraId="5C2FEFA7" w14:textId="77777777" w:rsidTr="00BD451B">
        <w:trPr>
          <w:cantSplit/>
          <w:trHeight w:val="567"/>
          <w:jc w:val="center"/>
        </w:trPr>
        <w:tc>
          <w:tcPr>
            <w:tcW w:w="3261" w:type="dxa"/>
            <w:vAlign w:val="center"/>
          </w:tcPr>
          <w:p w14:paraId="24A0E1D5" w14:textId="77777777" w:rsidR="00DE15A9" w:rsidRDefault="00000000">
            <w:proofErr w:type="spellStart"/>
            <w:r>
              <w:t>材料费</w:t>
            </w:r>
            <w:proofErr w:type="spellEnd"/>
          </w:p>
        </w:tc>
        <w:tc>
          <w:tcPr>
            <w:tcW w:w="1559" w:type="dxa"/>
            <w:vAlign w:val="center"/>
          </w:tcPr>
          <w:p w14:paraId="4B047EEC" w14:textId="77777777" w:rsidR="00DE15A9" w:rsidRDefault="00DE15A9">
            <w:pPr>
              <w:jc w:val="center"/>
            </w:pPr>
          </w:p>
        </w:tc>
        <w:tc>
          <w:tcPr>
            <w:tcW w:w="4251" w:type="dxa"/>
            <w:vAlign w:val="center"/>
          </w:tcPr>
          <w:p w14:paraId="0685F5B6" w14:textId="77777777" w:rsidR="00DE15A9" w:rsidRDefault="00DE15A9"/>
        </w:tc>
      </w:tr>
      <w:tr w:rsidR="00DE15A9" w14:paraId="489838EB" w14:textId="77777777" w:rsidTr="00BD451B">
        <w:trPr>
          <w:cantSplit/>
          <w:trHeight w:val="567"/>
          <w:jc w:val="center"/>
        </w:trPr>
        <w:tc>
          <w:tcPr>
            <w:tcW w:w="3261" w:type="dxa"/>
            <w:vAlign w:val="center"/>
          </w:tcPr>
          <w:p w14:paraId="3609BDC6" w14:textId="77777777" w:rsidR="00DE15A9" w:rsidRDefault="00000000">
            <w:proofErr w:type="spellStart"/>
            <w:r>
              <w:t>测试化验加工费</w:t>
            </w:r>
            <w:proofErr w:type="spellEnd"/>
          </w:p>
        </w:tc>
        <w:tc>
          <w:tcPr>
            <w:tcW w:w="1559" w:type="dxa"/>
            <w:vAlign w:val="center"/>
          </w:tcPr>
          <w:p w14:paraId="2EC2222F" w14:textId="77777777" w:rsidR="00DE15A9" w:rsidRDefault="00DE15A9">
            <w:pPr>
              <w:jc w:val="center"/>
            </w:pPr>
          </w:p>
        </w:tc>
        <w:tc>
          <w:tcPr>
            <w:tcW w:w="4251" w:type="dxa"/>
            <w:vAlign w:val="center"/>
          </w:tcPr>
          <w:p w14:paraId="68A622F6" w14:textId="77777777" w:rsidR="00DE15A9" w:rsidRDefault="00DE15A9"/>
        </w:tc>
      </w:tr>
      <w:tr w:rsidR="00DE15A9" w14:paraId="05848F8A" w14:textId="77777777" w:rsidTr="00BD451B">
        <w:trPr>
          <w:cantSplit/>
          <w:trHeight w:val="567"/>
          <w:jc w:val="center"/>
        </w:trPr>
        <w:tc>
          <w:tcPr>
            <w:tcW w:w="3261" w:type="dxa"/>
            <w:vAlign w:val="center"/>
          </w:tcPr>
          <w:p w14:paraId="12CC6B63" w14:textId="77777777" w:rsidR="00DE15A9" w:rsidRDefault="00000000">
            <w:pPr>
              <w:rPr>
                <w:lang w:eastAsia="zh-CN"/>
              </w:rPr>
            </w:pPr>
            <w:r>
              <w:rPr>
                <w:lang w:eastAsia="zh-CN"/>
              </w:rPr>
              <w:t>出版／文献／信息传播／知识产权事务费</w:t>
            </w:r>
          </w:p>
        </w:tc>
        <w:tc>
          <w:tcPr>
            <w:tcW w:w="1559" w:type="dxa"/>
            <w:vAlign w:val="center"/>
          </w:tcPr>
          <w:p w14:paraId="47406A8A" w14:textId="77777777" w:rsidR="00DE15A9" w:rsidRDefault="00DE15A9">
            <w:pPr>
              <w:jc w:val="center"/>
              <w:rPr>
                <w:lang w:eastAsia="zh-CN"/>
              </w:rPr>
            </w:pPr>
          </w:p>
        </w:tc>
        <w:tc>
          <w:tcPr>
            <w:tcW w:w="4251" w:type="dxa"/>
            <w:vAlign w:val="center"/>
          </w:tcPr>
          <w:p w14:paraId="0D44051B" w14:textId="77777777" w:rsidR="00DE15A9" w:rsidRDefault="00DE15A9">
            <w:pPr>
              <w:rPr>
                <w:lang w:eastAsia="zh-CN"/>
              </w:rPr>
            </w:pPr>
          </w:p>
        </w:tc>
      </w:tr>
      <w:tr w:rsidR="00DE15A9" w14:paraId="3AF30F9B" w14:textId="77777777" w:rsidTr="00BD451B">
        <w:trPr>
          <w:cantSplit/>
          <w:trHeight w:val="567"/>
          <w:jc w:val="center"/>
        </w:trPr>
        <w:tc>
          <w:tcPr>
            <w:tcW w:w="3261" w:type="dxa"/>
            <w:vAlign w:val="center"/>
          </w:tcPr>
          <w:p w14:paraId="4983537C" w14:textId="77777777" w:rsidR="00DE15A9" w:rsidRDefault="00000000">
            <w:proofErr w:type="spellStart"/>
            <w:r>
              <w:t>劳务费</w:t>
            </w:r>
            <w:proofErr w:type="spellEnd"/>
          </w:p>
        </w:tc>
        <w:tc>
          <w:tcPr>
            <w:tcW w:w="1559" w:type="dxa"/>
            <w:vAlign w:val="center"/>
          </w:tcPr>
          <w:p w14:paraId="4E269848" w14:textId="77777777" w:rsidR="00DE15A9" w:rsidRDefault="00DE15A9">
            <w:pPr>
              <w:jc w:val="center"/>
            </w:pPr>
          </w:p>
        </w:tc>
        <w:tc>
          <w:tcPr>
            <w:tcW w:w="4251" w:type="dxa"/>
            <w:vAlign w:val="center"/>
          </w:tcPr>
          <w:p w14:paraId="39ACF300" w14:textId="77777777" w:rsidR="00DE15A9" w:rsidRDefault="00DE15A9"/>
        </w:tc>
      </w:tr>
      <w:tr w:rsidR="00DE15A9" w14:paraId="4CE7205B" w14:textId="77777777" w:rsidTr="00BD451B">
        <w:trPr>
          <w:cantSplit/>
          <w:trHeight w:val="567"/>
          <w:jc w:val="center"/>
        </w:trPr>
        <w:tc>
          <w:tcPr>
            <w:tcW w:w="3261" w:type="dxa"/>
            <w:vAlign w:val="center"/>
          </w:tcPr>
          <w:p w14:paraId="19AA8786" w14:textId="77777777" w:rsidR="00DE15A9" w:rsidRDefault="00000000">
            <w:proofErr w:type="spellStart"/>
            <w:r>
              <w:t>其他</w:t>
            </w:r>
            <w:proofErr w:type="spellEnd"/>
          </w:p>
        </w:tc>
        <w:tc>
          <w:tcPr>
            <w:tcW w:w="1559" w:type="dxa"/>
            <w:vAlign w:val="center"/>
          </w:tcPr>
          <w:p w14:paraId="3E1DEDD5" w14:textId="77777777" w:rsidR="00DE15A9" w:rsidRDefault="00DE15A9">
            <w:pPr>
              <w:jc w:val="center"/>
            </w:pPr>
          </w:p>
        </w:tc>
        <w:tc>
          <w:tcPr>
            <w:tcW w:w="4251" w:type="dxa"/>
            <w:vAlign w:val="center"/>
          </w:tcPr>
          <w:p w14:paraId="1D39C92A" w14:textId="77777777" w:rsidR="00DE15A9" w:rsidRDefault="00DE15A9"/>
        </w:tc>
      </w:tr>
      <w:tr w:rsidR="00DE15A9" w14:paraId="34F05E24" w14:textId="77777777" w:rsidTr="00BD451B">
        <w:trPr>
          <w:cantSplit/>
          <w:trHeight w:val="567"/>
          <w:jc w:val="center"/>
        </w:trPr>
        <w:tc>
          <w:tcPr>
            <w:tcW w:w="3261" w:type="dxa"/>
            <w:vAlign w:val="center"/>
          </w:tcPr>
          <w:p w14:paraId="59D12391" w14:textId="77777777" w:rsidR="00DE15A9" w:rsidRDefault="00000000">
            <w:pPr>
              <w:jc w:val="center"/>
            </w:pPr>
            <w:proofErr w:type="spellStart"/>
            <w:r>
              <w:rPr>
                <w:b/>
              </w:rPr>
              <w:t>合计</w:t>
            </w:r>
            <w:proofErr w:type="spellEnd"/>
          </w:p>
        </w:tc>
        <w:tc>
          <w:tcPr>
            <w:tcW w:w="1559" w:type="dxa"/>
            <w:vAlign w:val="center"/>
          </w:tcPr>
          <w:p w14:paraId="474E49B7" w14:textId="77777777" w:rsidR="00DE15A9" w:rsidRDefault="00DE15A9">
            <w:pPr>
              <w:jc w:val="center"/>
            </w:pPr>
          </w:p>
        </w:tc>
        <w:tc>
          <w:tcPr>
            <w:tcW w:w="4251" w:type="dxa"/>
            <w:vAlign w:val="center"/>
          </w:tcPr>
          <w:p w14:paraId="216EDBBB" w14:textId="77777777" w:rsidR="00DE15A9" w:rsidRDefault="00DE15A9"/>
        </w:tc>
      </w:tr>
    </w:tbl>
    <w:p w14:paraId="711B273C" w14:textId="049F06AD" w:rsidR="00E40013" w:rsidRDefault="00000000" w:rsidP="00E40013">
      <w:pPr>
        <w:spacing w:before="60" w:after="120" w:line="240" w:lineRule="auto"/>
        <w:rPr>
          <w:sz w:val="18"/>
          <w:lang w:eastAsia="zh-CN"/>
        </w:rPr>
      </w:pPr>
      <w:r>
        <w:rPr>
          <w:sz w:val="18"/>
          <w:lang w:eastAsia="zh-CN"/>
        </w:rPr>
        <w:t>注：经费用于与课题直接相关的研究活动，按照学校科研经费管理规定和任务书约定执行。</w:t>
      </w:r>
    </w:p>
    <w:p w14:paraId="609F65F6" w14:textId="77777777" w:rsidR="00965C10" w:rsidRDefault="00965C10" w:rsidP="00E40013">
      <w:pPr>
        <w:spacing w:before="60" w:after="120" w:line="240" w:lineRule="auto"/>
        <w:rPr>
          <w:sz w:val="18"/>
          <w:lang w:eastAsia="zh-CN"/>
        </w:rPr>
      </w:pPr>
    </w:p>
    <w:p w14:paraId="764A8808" w14:textId="79807C9E" w:rsidR="00DE15A9" w:rsidRPr="00FD616C" w:rsidRDefault="00102C95">
      <w:pPr>
        <w:pStyle w:val="1"/>
        <w:spacing w:before="240" w:after="120" w:line="240" w:lineRule="auto"/>
        <w:rPr>
          <w:rFonts w:ascii="宋体" w:eastAsia="宋体" w:hAnsi="宋体" w:hint="eastAsia"/>
          <w:sz w:val="30"/>
          <w:szCs w:val="30"/>
          <w:lang w:eastAsia="zh-CN"/>
        </w:rPr>
      </w:pPr>
      <w:r>
        <w:rPr>
          <w:rFonts w:ascii="宋体" w:eastAsia="宋体" w:hAnsi="宋体" w:hint="eastAsia"/>
          <w:sz w:val="30"/>
          <w:szCs w:val="30"/>
          <w:lang w:eastAsia="zh-CN"/>
        </w:rPr>
        <w:lastRenderedPageBreak/>
        <w:t>十</w:t>
      </w:r>
      <w:r w:rsidRPr="00FD616C">
        <w:rPr>
          <w:rFonts w:ascii="宋体" w:eastAsia="宋体" w:hAnsi="宋体"/>
          <w:sz w:val="30"/>
          <w:szCs w:val="30"/>
          <w:lang w:eastAsia="zh-CN"/>
        </w:rPr>
        <w:t>、伦理与合规说明</w:t>
      </w:r>
    </w:p>
    <w:p w14:paraId="2451812F" w14:textId="77777777" w:rsidR="00DE15A9" w:rsidRDefault="00000000"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r>
        <w:rPr>
          <w:lang w:eastAsia="zh-CN"/>
        </w:rPr>
        <w:t>（涉及人体研究、临床样本、实验动物或医疗数据使用的，请说明伦理审查、知情同意、数据授权及资源获取安排；已取得伦理批件或相关授权的，请注明批件名称与编号，并将证明材料归入附件三。）</w:t>
      </w:r>
    </w:p>
    <w:p w14:paraId="7BBA55ED" w14:textId="77777777" w:rsidR="00FC652E" w:rsidRDefault="00FC652E"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4EB49FDC" w14:textId="77777777" w:rsidR="00FC652E" w:rsidRDefault="00FC652E"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0E6D69FD" w14:textId="77777777" w:rsidR="00FC652E" w:rsidRDefault="00FC652E"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65D5BFAA" w14:textId="77777777" w:rsidR="00DE15A9" w:rsidRDefault="00DE15A9"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76C9685F" w14:textId="77777777" w:rsidR="00102C95" w:rsidRDefault="00102C95"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0AB20B52" w14:textId="77777777" w:rsidR="00102C95" w:rsidRDefault="00102C95"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35B0EDBB" w14:textId="77777777" w:rsidR="00102C95" w:rsidRDefault="00102C95"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20DBB9D1" w14:textId="77777777" w:rsidR="00102C95" w:rsidRDefault="00102C95"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0E530EB2" w14:textId="77777777" w:rsidR="00102C95" w:rsidRDefault="00102C95"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551A7E81" w14:textId="77777777" w:rsidR="00102C95" w:rsidRDefault="00102C95"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22708D2E" w14:textId="77777777" w:rsidR="00102C95" w:rsidRDefault="00102C95"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3413B83E" w14:textId="77777777" w:rsidR="00102C95" w:rsidRDefault="00102C95"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745386BC" w14:textId="77777777" w:rsidR="00102C95" w:rsidRDefault="00102C95"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0BB8395C" w14:textId="77777777" w:rsidR="00102C95" w:rsidRDefault="00102C95"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220692AA" w14:textId="77777777" w:rsidR="00102C95" w:rsidRDefault="00102C95"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24270CDB" w14:textId="77777777" w:rsidR="00102C95" w:rsidRDefault="00102C95"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6E2926E1" w14:textId="77777777" w:rsidR="00DE15A9" w:rsidRDefault="00DE15A9" w:rsidP="00513A42">
      <w:pPr>
        <w:pBdr>
          <w:top w:val="single" w:sz="4" w:space="1" w:color="auto"/>
          <w:left w:val="single" w:sz="4" w:space="4" w:color="auto"/>
          <w:bottom w:val="single" w:sz="4" w:space="0" w:color="auto"/>
          <w:right w:val="single" w:sz="4" w:space="4" w:color="auto"/>
        </w:pBdr>
        <w:spacing w:line="360" w:lineRule="auto"/>
        <w:ind w:firstLineChars="200" w:firstLine="420"/>
        <w:jc w:val="both"/>
        <w:rPr>
          <w:lang w:eastAsia="zh-CN"/>
        </w:rPr>
      </w:pPr>
    </w:p>
    <w:p w14:paraId="6C49F335" w14:textId="00FBA803" w:rsidR="00DE15A9" w:rsidRPr="00FD616C" w:rsidRDefault="00000000" w:rsidP="00FC652E">
      <w:pPr>
        <w:pStyle w:val="1"/>
        <w:spacing w:before="240" w:after="120" w:line="240" w:lineRule="auto"/>
        <w:rPr>
          <w:rFonts w:ascii="宋体" w:eastAsia="宋体" w:hAnsi="宋体" w:hint="eastAsia"/>
          <w:sz w:val="30"/>
          <w:szCs w:val="30"/>
          <w:lang w:eastAsia="zh-CN"/>
        </w:rPr>
      </w:pPr>
      <w:r w:rsidRPr="00FD616C">
        <w:rPr>
          <w:rFonts w:ascii="宋体" w:eastAsia="宋体" w:hAnsi="宋体"/>
          <w:sz w:val="30"/>
          <w:szCs w:val="30"/>
          <w:lang w:eastAsia="zh-CN"/>
        </w:rPr>
        <w:t>十</w:t>
      </w:r>
      <w:r w:rsidR="00C372C1" w:rsidRPr="00FD616C">
        <w:rPr>
          <w:rFonts w:ascii="宋体" w:eastAsia="宋体" w:hAnsi="宋体" w:hint="eastAsia"/>
          <w:sz w:val="30"/>
          <w:szCs w:val="30"/>
          <w:lang w:eastAsia="zh-CN"/>
        </w:rPr>
        <w:t>一</w:t>
      </w:r>
      <w:r w:rsidRPr="00FD616C">
        <w:rPr>
          <w:rFonts w:ascii="宋体" w:eastAsia="宋体" w:hAnsi="宋体"/>
          <w:sz w:val="30"/>
          <w:szCs w:val="30"/>
          <w:lang w:eastAsia="zh-CN"/>
        </w:rPr>
        <w:t>、申请人承诺</w:t>
      </w:r>
    </w:p>
    <w:p w14:paraId="3F97CB3B" w14:textId="1609C339" w:rsidR="007C6ABD" w:rsidRPr="007C6ABD" w:rsidRDefault="007C6ABD" w:rsidP="007C6ABD">
      <w:pPr>
        <w:pBdr>
          <w:top w:val="single" w:sz="4" w:space="1" w:color="auto"/>
          <w:left w:val="single" w:sz="4" w:space="4" w:color="auto"/>
          <w:bottom w:val="single" w:sz="4" w:space="1" w:color="auto"/>
          <w:right w:val="single" w:sz="4" w:space="4" w:color="auto"/>
        </w:pBdr>
        <w:spacing w:line="360" w:lineRule="auto"/>
        <w:ind w:firstLineChars="200" w:firstLine="420"/>
        <w:jc w:val="both"/>
        <w:rPr>
          <w:bCs/>
          <w:lang w:eastAsia="zh-CN"/>
        </w:rPr>
      </w:pPr>
      <w:r>
        <w:rPr>
          <w:rFonts w:hint="eastAsia"/>
          <w:lang w:eastAsia="zh-CN"/>
        </w:rPr>
        <w:t>本人</w:t>
      </w:r>
      <w:r w:rsidR="00000000">
        <w:rPr>
          <w:lang w:eastAsia="zh-CN"/>
        </w:rPr>
        <w:t>保证上述填报内容的真实性。如果获得资助，将切实保证研究工作时间，按计划认真开展研究工作，按时报送有关材料。</w:t>
      </w:r>
      <w:r w:rsidRPr="007C6ABD">
        <w:rPr>
          <w:lang w:eastAsia="zh-CN"/>
        </w:rPr>
        <w:t>本人及项目参与者在项目实施过程中严格遵循科学界公认的学术道德和行为规范，认真履行项目合同书，不抄袭、剽窃他人科研成果或伪造、篡改研究数据、研究结论；不违反科研伦理；不违反科研经费管理相关规定；不违反科技安全和保密的相关规定；不发生其他科研不端行为。</w:t>
      </w:r>
      <w:r w:rsidRPr="007C6ABD">
        <w:rPr>
          <w:bCs/>
          <w:lang w:eastAsia="zh-CN"/>
        </w:rPr>
        <w:t>如有违反，愿承担相应的责任。</w:t>
      </w:r>
      <w:r w:rsidRPr="007C6ABD">
        <w:rPr>
          <w:bCs/>
          <w:lang w:eastAsia="zh-CN"/>
        </w:rPr>
        <w:t xml:space="preserve"> </w:t>
      </w:r>
    </w:p>
    <w:p w14:paraId="6C043B73" w14:textId="3D5C7704" w:rsidR="00DE15A9" w:rsidRDefault="00DE15A9"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0D479E77" w14:textId="77777777" w:rsidR="00513A42" w:rsidRDefault="00513A42"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DEB74EF" w14:textId="77777777" w:rsidR="00513A42" w:rsidRDefault="00513A42"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216D1A22" w14:textId="77777777" w:rsidR="00513A42" w:rsidRDefault="00513A42"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7969AD13" w14:textId="77777777" w:rsidR="00DE15A9" w:rsidRDefault="00000000" w:rsidP="00BD451B">
      <w:pPr>
        <w:pBdr>
          <w:top w:val="single" w:sz="4" w:space="1" w:color="auto"/>
          <w:left w:val="single" w:sz="4" w:space="4" w:color="auto"/>
          <w:bottom w:val="single" w:sz="4" w:space="1" w:color="auto"/>
          <w:right w:val="single" w:sz="4" w:space="4" w:color="auto"/>
        </w:pBdr>
        <w:spacing w:line="360" w:lineRule="auto"/>
        <w:jc w:val="both"/>
        <w:rPr>
          <w:lang w:eastAsia="zh-CN"/>
        </w:rPr>
      </w:pPr>
      <w:r>
        <w:rPr>
          <w:lang w:eastAsia="zh-CN"/>
        </w:rPr>
        <w:t>申请人（签字）：＿＿＿＿＿＿＿＿＿＿　　　　日期：＿＿＿＿年＿＿月＿＿日</w:t>
      </w:r>
    </w:p>
    <w:p w14:paraId="6D8E5299" w14:textId="77777777" w:rsidR="00513A42" w:rsidRDefault="00513A42" w:rsidP="00BD451B">
      <w:pPr>
        <w:pBdr>
          <w:top w:val="single" w:sz="4" w:space="1" w:color="auto"/>
          <w:left w:val="single" w:sz="4" w:space="4" w:color="auto"/>
          <w:bottom w:val="single" w:sz="4" w:space="1" w:color="auto"/>
          <w:right w:val="single" w:sz="4" w:space="4" w:color="auto"/>
        </w:pBdr>
        <w:spacing w:line="360" w:lineRule="auto"/>
        <w:jc w:val="both"/>
        <w:rPr>
          <w:lang w:eastAsia="zh-CN"/>
        </w:rPr>
      </w:pPr>
    </w:p>
    <w:p w14:paraId="78224540" w14:textId="77777777" w:rsidR="00513A42" w:rsidRDefault="00513A42" w:rsidP="00BD451B">
      <w:pPr>
        <w:pBdr>
          <w:top w:val="single" w:sz="4" w:space="1" w:color="auto"/>
          <w:left w:val="single" w:sz="4" w:space="4" w:color="auto"/>
          <w:bottom w:val="single" w:sz="4" w:space="1" w:color="auto"/>
          <w:right w:val="single" w:sz="4" w:space="4" w:color="auto"/>
        </w:pBdr>
        <w:spacing w:line="360" w:lineRule="auto"/>
        <w:jc w:val="both"/>
        <w:rPr>
          <w:lang w:eastAsia="zh-CN"/>
        </w:rPr>
      </w:pPr>
    </w:p>
    <w:p w14:paraId="7BC18901" w14:textId="4866EAFC" w:rsidR="00DE15A9" w:rsidRDefault="00000000" w:rsidP="00E40013">
      <w:pPr>
        <w:spacing w:line="360" w:lineRule="auto"/>
        <w:jc w:val="both"/>
        <w:rPr>
          <w:lang w:eastAsia="zh-CN"/>
        </w:rPr>
      </w:pPr>
      <w:r>
        <w:rPr>
          <w:lang w:eastAsia="zh-CN"/>
        </w:rPr>
        <w:br w:type="page"/>
      </w:r>
    </w:p>
    <w:p w14:paraId="4AB1EF03" w14:textId="5690B4B5" w:rsidR="00DE15A9" w:rsidRPr="00FD616C" w:rsidRDefault="00000000">
      <w:pPr>
        <w:pStyle w:val="1"/>
        <w:spacing w:before="240" w:after="120" w:line="240" w:lineRule="auto"/>
        <w:rPr>
          <w:rFonts w:ascii="宋体" w:eastAsia="宋体" w:hAnsi="宋体" w:hint="eastAsia"/>
          <w:sz w:val="30"/>
          <w:szCs w:val="30"/>
          <w:lang w:eastAsia="zh-CN"/>
        </w:rPr>
      </w:pPr>
      <w:r w:rsidRPr="00FD616C">
        <w:rPr>
          <w:rFonts w:ascii="宋体" w:eastAsia="宋体" w:hAnsi="宋体"/>
          <w:sz w:val="30"/>
          <w:szCs w:val="30"/>
          <w:lang w:eastAsia="zh-CN"/>
        </w:rPr>
        <w:lastRenderedPageBreak/>
        <w:t>附件一</w:t>
      </w:r>
      <w:r w:rsidR="00FD616C">
        <w:rPr>
          <w:rFonts w:ascii="宋体" w:eastAsia="宋体" w:hAnsi="宋体" w:hint="eastAsia"/>
          <w:sz w:val="30"/>
          <w:szCs w:val="30"/>
          <w:lang w:eastAsia="zh-CN"/>
        </w:rPr>
        <w:t>、</w:t>
      </w:r>
      <w:r w:rsidRPr="00FD616C">
        <w:rPr>
          <w:rFonts w:ascii="宋体" w:eastAsia="宋体" w:hAnsi="宋体"/>
          <w:sz w:val="30"/>
          <w:szCs w:val="30"/>
          <w:lang w:eastAsia="zh-CN"/>
        </w:rPr>
        <w:t>申请人及团队简介</w:t>
      </w:r>
    </w:p>
    <w:p w14:paraId="272B257A" w14:textId="77777777" w:rsidR="00DE15A9" w:rsidRDefault="00000000"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r>
        <w:rPr>
          <w:lang w:eastAsia="zh-CN"/>
        </w:rPr>
        <w:t>（请说明与申报课题相关的研究经历、已承担项目、代表性成果及现有研究条件，可包括：申请人基本情况、团队组成与专业背景、相关研究经历、已承担科研项目、代表性成果、现有研究条件与平台资源等。）</w:t>
      </w:r>
    </w:p>
    <w:p w14:paraId="69B31624" w14:textId="77777777" w:rsidR="00DE15A9" w:rsidRDefault="00DE15A9" w:rsidP="00BD451B">
      <w:pPr>
        <w:pBdr>
          <w:top w:val="single" w:sz="4" w:space="1" w:color="auto"/>
          <w:left w:val="single" w:sz="4" w:space="4" w:color="auto"/>
          <w:bottom w:val="single" w:sz="4" w:space="1" w:color="auto"/>
          <w:right w:val="single" w:sz="4" w:space="4" w:color="auto"/>
        </w:pBdr>
        <w:spacing w:line="360" w:lineRule="auto"/>
        <w:jc w:val="both"/>
        <w:rPr>
          <w:lang w:eastAsia="zh-CN"/>
        </w:rPr>
      </w:pPr>
    </w:p>
    <w:p w14:paraId="16655712" w14:textId="77777777" w:rsidR="00DE15A9" w:rsidRDefault="00DE15A9"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00389B16" w14:textId="77777777" w:rsidR="00BD451B" w:rsidRDefault="00BD451B"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9D49858" w14:textId="77777777" w:rsidR="00BD451B" w:rsidRDefault="00BD451B"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A1EA21D" w14:textId="77777777" w:rsidR="00BD451B" w:rsidRDefault="00BD451B"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5FF6577" w14:textId="77777777" w:rsidR="00102C95" w:rsidRDefault="00102C95"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04DE3AD5" w14:textId="77777777" w:rsidR="00102C95" w:rsidRDefault="00102C95"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0EB6CD6" w14:textId="77777777" w:rsidR="00102C95" w:rsidRDefault="00102C95"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09E9C448" w14:textId="77777777" w:rsidR="00102C95" w:rsidRDefault="00102C95"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0265BFBC" w14:textId="77777777" w:rsidR="00102C95" w:rsidRDefault="00102C95"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48CA07E8" w14:textId="77777777" w:rsidR="00DE15A9" w:rsidRDefault="00DE15A9" w:rsidP="00BD451B">
      <w:pPr>
        <w:pBdr>
          <w:top w:val="single" w:sz="4" w:space="1" w:color="auto"/>
          <w:left w:val="single" w:sz="4" w:space="4" w:color="auto"/>
          <w:bottom w:val="single" w:sz="4" w:space="1" w:color="auto"/>
          <w:right w:val="single" w:sz="4" w:space="4" w:color="auto"/>
        </w:pBdr>
        <w:spacing w:line="360" w:lineRule="auto"/>
        <w:ind w:firstLineChars="200" w:firstLine="420"/>
        <w:jc w:val="both"/>
        <w:rPr>
          <w:lang w:eastAsia="zh-CN"/>
        </w:rPr>
      </w:pPr>
    </w:p>
    <w:p w14:paraId="620393A9" w14:textId="6EC5364B" w:rsidR="00DE15A9" w:rsidRPr="00FD616C" w:rsidRDefault="00000000">
      <w:pPr>
        <w:pStyle w:val="1"/>
        <w:spacing w:before="240" w:after="120" w:line="240" w:lineRule="auto"/>
        <w:rPr>
          <w:rFonts w:ascii="宋体" w:eastAsia="宋体" w:hAnsi="宋体" w:hint="eastAsia"/>
          <w:sz w:val="30"/>
          <w:szCs w:val="30"/>
          <w:lang w:eastAsia="zh-CN"/>
        </w:rPr>
      </w:pPr>
      <w:r w:rsidRPr="00FD616C">
        <w:rPr>
          <w:rFonts w:ascii="宋体" w:eastAsia="宋体" w:hAnsi="宋体"/>
          <w:sz w:val="30"/>
          <w:szCs w:val="30"/>
          <w:lang w:eastAsia="zh-CN"/>
        </w:rPr>
        <w:t>附件</w:t>
      </w:r>
      <w:r w:rsidR="00513A42">
        <w:rPr>
          <w:rFonts w:ascii="宋体" w:eastAsia="宋体" w:hAnsi="宋体" w:hint="eastAsia"/>
          <w:sz w:val="30"/>
          <w:szCs w:val="30"/>
          <w:lang w:eastAsia="zh-CN"/>
        </w:rPr>
        <w:t>二</w:t>
      </w:r>
      <w:r w:rsidR="00FD616C">
        <w:rPr>
          <w:rFonts w:ascii="宋体" w:eastAsia="宋体" w:hAnsi="宋体" w:hint="eastAsia"/>
          <w:sz w:val="30"/>
          <w:szCs w:val="30"/>
          <w:lang w:eastAsia="zh-CN"/>
        </w:rPr>
        <w:t>、</w:t>
      </w:r>
      <w:r w:rsidRPr="00FD616C">
        <w:rPr>
          <w:rFonts w:ascii="宋体" w:eastAsia="宋体" w:hAnsi="宋体"/>
          <w:sz w:val="30"/>
          <w:szCs w:val="30"/>
          <w:lang w:eastAsia="zh-CN"/>
        </w:rPr>
        <w:t>其他必要支撑材料</w:t>
      </w:r>
    </w:p>
    <w:p w14:paraId="3E449AFA" w14:textId="1EC0BFE1" w:rsidR="00DE15A9" w:rsidRDefault="00000000">
      <w:pPr>
        <w:spacing w:line="360" w:lineRule="auto"/>
        <w:ind w:firstLineChars="200" w:firstLine="420"/>
        <w:jc w:val="both"/>
      </w:pPr>
      <w:r>
        <w:rPr>
          <w:lang w:eastAsia="zh-CN"/>
        </w:rPr>
        <w:t>（包括样本数据来源说明，已取得伦理批件或相关授权的证明，以及其他有助于评审的材料。请逐项列出材料清单，证明材料随压缩包一并提交。</w:t>
      </w:r>
      <w:r>
        <w:t>）</w:t>
      </w:r>
    </w:p>
    <w:tbl>
      <w:tblPr>
        <w:tblStyle w:val="aff1"/>
        <w:tblW w:w="0" w:type="auto"/>
        <w:jc w:val="center"/>
        <w:tblLayout w:type="fixed"/>
        <w:tblLook w:val="04A0" w:firstRow="1" w:lastRow="0" w:firstColumn="1" w:lastColumn="0" w:noHBand="0" w:noVBand="1"/>
      </w:tblPr>
      <w:tblGrid>
        <w:gridCol w:w="680"/>
        <w:gridCol w:w="3175"/>
        <w:gridCol w:w="3175"/>
        <w:gridCol w:w="2041"/>
      </w:tblGrid>
      <w:tr w:rsidR="00DE15A9" w14:paraId="5070C621" w14:textId="77777777" w:rsidTr="00BD451B">
        <w:trPr>
          <w:cantSplit/>
          <w:trHeight w:val="567"/>
          <w:tblHeader/>
          <w:jc w:val="center"/>
        </w:trPr>
        <w:tc>
          <w:tcPr>
            <w:tcW w:w="680" w:type="dxa"/>
            <w:vAlign w:val="center"/>
          </w:tcPr>
          <w:p w14:paraId="68FA47D4" w14:textId="77777777" w:rsidR="00DE15A9" w:rsidRDefault="00000000">
            <w:pPr>
              <w:jc w:val="center"/>
            </w:pPr>
            <w:proofErr w:type="spellStart"/>
            <w:r>
              <w:rPr>
                <w:b/>
              </w:rPr>
              <w:t>序号</w:t>
            </w:r>
            <w:proofErr w:type="spellEnd"/>
          </w:p>
        </w:tc>
        <w:tc>
          <w:tcPr>
            <w:tcW w:w="3175" w:type="dxa"/>
            <w:vAlign w:val="center"/>
          </w:tcPr>
          <w:p w14:paraId="64A27624" w14:textId="77777777" w:rsidR="00DE15A9" w:rsidRDefault="00000000">
            <w:pPr>
              <w:jc w:val="center"/>
            </w:pPr>
            <w:proofErr w:type="spellStart"/>
            <w:r>
              <w:rPr>
                <w:b/>
              </w:rPr>
              <w:t>材料名称</w:t>
            </w:r>
            <w:proofErr w:type="spellEnd"/>
          </w:p>
        </w:tc>
        <w:tc>
          <w:tcPr>
            <w:tcW w:w="3175" w:type="dxa"/>
            <w:vAlign w:val="center"/>
          </w:tcPr>
          <w:p w14:paraId="479B3305" w14:textId="77777777" w:rsidR="00DE15A9" w:rsidRDefault="00000000">
            <w:pPr>
              <w:jc w:val="center"/>
            </w:pPr>
            <w:proofErr w:type="spellStart"/>
            <w:r>
              <w:rPr>
                <w:b/>
              </w:rPr>
              <w:t>说明</w:t>
            </w:r>
            <w:proofErr w:type="spellEnd"/>
          </w:p>
        </w:tc>
        <w:tc>
          <w:tcPr>
            <w:tcW w:w="2041" w:type="dxa"/>
            <w:vAlign w:val="center"/>
          </w:tcPr>
          <w:p w14:paraId="28012EE5" w14:textId="77777777" w:rsidR="00DE15A9" w:rsidRDefault="00000000">
            <w:pPr>
              <w:jc w:val="center"/>
            </w:pPr>
            <w:proofErr w:type="spellStart"/>
            <w:r>
              <w:rPr>
                <w:b/>
              </w:rPr>
              <w:t>备注</w:t>
            </w:r>
            <w:proofErr w:type="spellEnd"/>
          </w:p>
        </w:tc>
      </w:tr>
      <w:tr w:rsidR="00DE15A9" w14:paraId="2F265600" w14:textId="77777777" w:rsidTr="00BD451B">
        <w:trPr>
          <w:cantSplit/>
          <w:trHeight w:val="567"/>
          <w:jc w:val="center"/>
        </w:trPr>
        <w:tc>
          <w:tcPr>
            <w:tcW w:w="680" w:type="dxa"/>
            <w:vAlign w:val="center"/>
          </w:tcPr>
          <w:p w14:paraId="116DD002" w14:textId="77777777" w:rsidR="00DE15A9" w:rsidRDefault="00000000">
            <w:pPr>
              <w:jc w:val="center"/>
            </w:pPr>
            <w:r>
              <w:t>1</w:t>
            </w:r>
          </w:p>
        </w:tc>
        <w:tc>
          <w:tcPr>
            <w:tcW w:w="3175" w:type="dxa"/>
            <w:vAlign w:val="center"/>
          </w:tcPr>
          <w:p w14:paraId="3CD1A568" w14:textId="77777777" w:rsidR="00DE15A9" w:rsidRDefault="00DE15A9"/>
        </w:tc>
        <w:tc>
          <w:tcPr>
            <w:tcW w:w="3175" w:type="dxa"/>
            <w:vAlign w:val="center"/>
          </w:tcPr>
          <w:p w14:paraId="51C367F6" w14:textId="77777777" w:rsidR="00DE15A9" w:rsidRDefault="00DE15A9"/>
        </w:tc>
        <w:tc>
          <w:tcPr>
            <w:tcW w:w="2041" w:type="dxa"/>
            <w:vAlign w:val="center"/>
          </w:tcPr>
          <w:p w14:paraId="507838C2" w14:textId="77777777" w:rsidR="00DE15A9" w:rsidRDefault="00DE15A9">
            <w:pPr>
              <w:jc w:val="center"/>
            </w:pPr>
          </w:p>
        </w:tc>
      </w:tr>
      <w:tr w:rsidR="00DE15A9" w14:paraId="4A8EC7CE" w14:textId="77777777" w:rsidTr="00BD451B">
        <w:trPr>
          <w:cantSplit/>
          <w:trHeight w:val="567"/>
          <w:jc w:val="center"/>
        </w:trPr>
        <w:tc>
          <w:tcPr>
            <w:tcW w:w="680" w:type="dxa"/>
            <w:vAlign w:val="center"/>
          </w:tcPr>
          <w:p w14:paraId="6CBE0A93" w14:textId="77777777" w:rsidR="00DE15A9" w:rsidRDefault="00000000">
            <w:pPr>
              <w:jc w:val="center"/>
            </w:pPr>
            <w:r>
              <w:t>2</w:t>
            </w:r>
          </w:p>
        </w:tc>
        <w:tc>
          <w:tcPr>
            <w:tcW w:w="3175" w:type="dxa"/>
            <w:vAlign w:val="center"/>
          </w:tcPr>
          <w:p w14:paraId="51A89BAB" w14:textId="77777777" w:rsidR="00DE15A9" w:rsidRDefault="00DE15A9"/>
        </w:tc>
        <w:tc>
          <w:tcPr>
            <w:tcW w:w="3175" w:type="dxa"/>
            <w:vAlign w:val="center"/>
          </w:tcPr>
          <w:p w14:paraId="4C68C91C" w14:textId="77777777" w:rsidR="00DE15A9" w:rsidRDefault="00DE15A9"/>
        </w:tc>
        <w:tc>
          <w:tcPr>
            <w:tcW w:w="2041" w:type="dxa"/>
            <w:vAlign w:val="center"/>
          </w:tcPr>
          <w:p w14:paraId="6AF816C7" w14:textId="77777777" w:rsidR="00DE15A9" w:rsidRDefault="00DE15A9">
            <w:pPr>
              <w:jc w:val="center"/>
            </w:pPr>
          </w:p>
        </w:tc>
      </w:tr>
      <w:tr w:rsidR="00DE15A9" w14:paraId="724CC4CC" w14:textId="77777777" w:rsidTr="00BD451B">
        <w:trPr>
          <w:cantSplit/>
          <w:trHeight w:val="567"/>
          <w:jc w:val="center"/>
        </w:trPr>
        <w:tc>
          <w:tcPr>
            <w:tcW w:w="680" w:type="dxa"/>
            <w:vAlign w:val="center"/>
          </w:tcPr>
          <w:p w14:paraId="6293F8E2" w14:textId="77777777" w:rsidR="00DE15A9" w:rsidRDefault="00000000">
            <w:pPr>
              <w:jc w:val="center"/>
            </w:pPr>
            <w:r>
              <w:t>3</w:t>
            </w:r>
          </w:p>
        </w:tc>
        <w:tc>
          <w:tcPr>
            <w:tcW w:w="3175" w:type="dxa"/>
            <w:vAlign w:val="center"/>
          </w:tcPr>
          <w:p w14:paraId="61BFE824" w14:textId="77777777" w:rsidR="00DE15A9" w:rsidRDefault="00DE15A9"/>
        </w:tc>
        <w:tc>
          <w:tcPr>
            <w:tcW w:w="3175" w:type="dxa"/>
            <w:vAlign w:val="center"/>
          </w:tcPr>
          <w:p w14:paraId="1A399874" w14:textId="77777777" w:rsidR="00DE15A9" w:rsidRDefault="00DE15A9"/>
        </w:tc>
        <w:tc>
          <w:tcPr>
            <w:tcW w:w="2041" w:type="dxa"/>
            <w:vAlign w:val="center"/>
          </w:tcPr>
          <w:p w14:paraId="2E9A58C8" w14:textId="77777777" w:rsidR="00DE15A9" w:rsidRDefault="00DE15A9">
            <w:pPr>
              <w:jc w:val="center"/>
            </w:pPr>
          </w:p>
        </w:tc>
      </w:tr>
      <w:tr w:rsidR="00DE15A9" w14:paraId="7CB7742B" w14:textId="77777777" w:rsidTr="00BD451B">
        <w:trPr>
          <w:cantSplit/>
          <w:trHeight w:val="567"/>
          <w:jc w:val="center"/>
        </w:trPr>
        <w:tc>
          <w:tcPr>
            <w:tcW w:w="680" w:type="dxa"/>
            <w:vAlign w:val="center"/>
          </w:tcPr>
          <w:p w14:paraId="0626C5A4" w14:textId="77777777" w:rsidR="00DE15A9" w:rsidRDefault="00000000">
            <w:pPr>
              <w:jc w:val="center"/>
            </w:pPr>
            <w:r>
              <w:t>4</w:t>
            </w:r>
          </w:p>
        </w:tc>
        <w:tc>
          <w:tcPr>
            <w:tcW w:w="3175" w:type="dxa"/>
            <w:vAlign w:val="center"/>
          </w:tcPr>
          <w:p w14:paraId="1878DE0D" w14:textId="77777777" w:rsidR="00DE15A9" w:rsidRDefault="00DE15A9"/>
        </w:tc>
        <w:tc>
          <w:tcPr>
            <w:tcW w:w="3175" w:type="dxa"/>
            <w:vAlign w:val="center"/>
          </w:tcPr>
          <w:p w14:paraId="6FEB5869" w14:textId="77777777" w:rsidR="00DE15A9" w:rsidRDefault="00DE15A9"/>
        </w:tc>
        <w:tc>
          <w:tcPr>
            <w:tcW w:w="2041" w:type="dxa"/>
            <w:vAlign w:val="center"/>
          </w:tcPr>
          <w:p w14:paraId="32AB9D1F" w14:textId="77777777" w:rsidR="00DE15A9" w:rsidRDefault="00DE15A9">
            <w:pPr>
              <w:jc w:val="center"/>
            </w:pPr>
          </w:p>
        </w:tc>
      </w:tr>
    </w:tbl>
    <w:p w14:paraId="24F08185" w14:textId="77777777" w:rsidR="00A81702" w:rsidRDefault="00A81702"/>
    <w:sectPr w:rsidR="00A81702" w:rsidSect="006220A1">
      <w:footerReference w:type="default" r:id="rId8"/>
      <w:pgSz w:w="11906" w:h="16838"/>
      <w:pgMar w:top="1417" w:right="1417" w:bottom="1417" w:left="141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30334" w14:textId="77777777" w:rsidR="00B86908" w:rsidRDefault="00B86908">
      <w:pPr>
        <w:spacing w:line="240" w:lineRule="auto"/>
      </w:pPr>
      <w:r>
        <w:separator/>
      </w:r>
    </w:p>
  </w:endnote>
  <w:endnote w:type="continuationSeparator" w:id="0">
    <w:p w14:paraId="59FB8541" w14:textId="77777777" w:rsidR="00B86908" w:rsidRDefault="00B869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D0C68" w14:textId="77777777" w:rsidR="00DE15A9" w:rsidRDefault="00000000">
    <w:pPr>
      <w:pStyle w:val="a7"/>
      <w:jc w:val="center"/>
    </w:pPr>
    <w:r>
      <w:fldChar w:fldCharType="begin"/>
    </w:r>
    <w:r>
      <w:instrText xml:space="preserve"> PAGE </w:instrText>
    </w:r>
    <w:r>
      <w:fldChar w:fldCharType="separate"/>
    </w:r>
    <w:r w:rsidR="008D7E1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7E690" w14:textId="77777777" w:rsidR="00B86908" w:rsidRDefault="00B86908">
      <w:pPr>
        <w:spacing w:line="240" w:lineRule="auto"/>
      </w:pPr>
      <w:r>
        <w:separator/>
      </w:r>
    </w:p>
  </w:footnote>
  <w:footnote w:type="continuationSeparator" w:id="0">
    <w:p w14:paraId="77961CE5" w14:textId="77777777" w:rsidR="00B86908" w:rsidRDefault="00B869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11443344">
    <w:abstractNumId w:val="8"/>
  </w:num>
  <w:num w:numId="2" w16cid:durableId="1650790584">
    <w:abstractNumId w:val="6"/>
  </w:num>
  <w:num w:numId="3" w16cid:durableId="1527525274">
    <w:abstractNumId w:val="5"/>
  </w:num>
  <w:num w:numId="4" w16cid:durableId="2036728973">
    <w:abstractNumId w:val="4"/>
  </w:num>
  <w:num w:numId="5" w16cid:durableId="1137189939">
    <w:abstractNumId w:val="7"/>
  </w:num>
  <w:num w:numId="6" w16cid:durableId="893006934">
    <w:abstractNumId w:val="3"/>
  </w:num>
  <w:num w:numId="7" w16cid:durableId="1977756786">
    <w:abstractNumId w:val="2"/>
  </w:num>
  <w:num w:numId="8" w16cid:durableId="878127147">
    <w:abstractNumId w:val="1"/>
  </w:num>
  <w:num w:numId="9" w16cid:durableId="2079403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2C1"/>
    <w:rsid w:val="00034616"/>
    <w:rsid w:val="0006063C"/>
    <w:rsid w:val="000841CC"/>
    <w:rsid w:val="00102C95"/>
    <w:rsid w:val="0015074B"/>
    <w:rsid w:val="00151B21"/>
    <w:rsid w:val="00266EB8"/>
    <w:rsid w:val="0029639D"/>
    <w:rsid w:val="002D14FD"/>
    <w:rsid w:val="00326F90"/>
    <w:rsid w:val="00513A42"/>
    <w:rsid w:val="006220A1"/>
    <w:rsid w:val="007274F8"/>
    <w:rsid w:val="007C6ABD"/>
    <w:rsid w:val="007D2464"/>
    <w:rsid w:val="008024D8"/>
    <w:rsid w:val="00877726"/>
    <w:rsid w:val="008D7E1D"/>
    <w:rsid w:val="00963E3A"/>
    <w:rsid w:val="00965C10"/>
    <w:rsid w:val="00A81702"/>
    <w:rsid w:val="00AA1D8D"/>
    <w:rsid w:val="00AE360B"/>
    <w:rsid w:val="00B47730"/>
    <w:rsid w:val="00B86908"/>
    <w:rsid w:val="00BA135D"/>
    <w:rsid w:val="00BB4D3F"/>
    <w:rsid w:val="00BD451B"/>
    <w:rsid w:val="00C12B60"/>
    <w:rsid w:val="00C372C1"/>
    <w:rsid w:val="00CB0664"/>
    <w:rsid w:val="00CF6672"/>
    <w:rsid w:val="00D329F6"/>
    <w:rsid w:val="00DE15A9"/>
    <w:rsid w:val="00E40013"/>
    <w:rsid w:val="00EE65AE"/>
    <w:rsid w:val="00FC652E"/>
    <w:rsid w:val="00FC693F"/>
    <w:rsid w:val="00FD616C"/>
    <w:rsid w:val="00FF4D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7DE5AB"/>
  <w14:defaultImageDpi w14:val="300"/>
  <w15:docId w15:val="{A6829E78-5188-4E15-B940-50595A1E5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02C95"/>
    <w:pPr>
      <w:spacing w:after="0"/>
    </w:pPr>
    <w:rPr>
      <w:rFonts w:ascii="Times New Roman" w:eastAsia="宋体" w:hAnsi="Times New Roman"/>
      <w:color w:val="000000"/>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 w:val="24"/>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10</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杭州师范大学急危重症医工交叉协同创新中心2026年度开放课题申请书（模板）</dc:title>
  <dc:subject/>
  <dc:creator>cyj</dc:creator>
  <cp:keywords/>
  <cp:lastModifiedBy>Yan Luo</cp:lastModifiedBy>
  <cp:revision>10</cp:revision>
  <dcterms:created xsi:type="dcterms:W3CDTF">2026-10-08T01:10:00Z</dcterms:created>
  <dcterms:modified xsi:type="dcterms:W3CDTF">2026-10-09T07:17:00Z</dcterms:modified>
  <cp:category/>
</cp:coreProperties>
</file>